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9B4AA" w14:textId="77777777" w:rsidR="00345E02" w:rsidRDefault="00097DC9">
      <w:pPr>
        <w:spacing w:after="0"/>
        <w:jc w:val="center"/>
      </w:pPr>
      <w:r>
        <w:rPr>
          <w:b/>
          <w:sz w:val="36"/>
        </w:rPr>
        <w:t>NBCSN</w:t>
      </w:r>
    </w:p>
    <w:p w14:paraId="13E4B833" w14:textId="77777777" w:rsidR="00345E02" w:rsidRDefault="00097DC9">
      <w:pPr>
        <w:spacing w:after="0"/>
        <w:jc w:val="center"/>
      </w:pPr>
      <w:r>
        <w:rPr>
          <w:b/>
          <w:sz w:val="36"/>
        </w:rPr>
        <w:t>July &amp; August 2026</w:t>
      </w:r>
    </w:p>
    <w:p w14:paraId="487B3938" w14:textId="77777777" w:rsidR="00345E02" w:rsidRDefault="00097DC9">
      <w:pPr>
        <w:spacing w:after="0"/>
        <w:jc w:val="center"/>
      </w:pPr>
      <w:r>
        <w:rPr>
          <w:b/>
          <w:sz w:val="36"/>
        </w:rPr>
        <w:t>Local Makegoods</w:t>
      </w:r>
    </w:p>
    <w:p w14:paraId="3A4EF821" w14:textId="77777777" w:rsidR="00345E02" w:rsidRDefault="00097DC9">
      <w:pPr>
        <w:spacing w:before="160" w:after="0"/>
      </w:pPr>
      <w:r>
        <w:rPr>
          <w:sz w:val="24"/>
        </w:rPr>
        <w:t>NBCSN makegoods scheduled for July &amp; August 2026 are noted below.</w:t>
      </w:r>
    </w:p>
    <w:p w14:paraId="0291DB37" w14:textId="77777777" w:rsidR="00345E02" w:rsidRDefault="00097DC9">
      <w:pPr>
        <w:spacing w:after="0"/>
      </w:pPr>
      <w:r>
        <w:rPr>
          <w:b/>
          <w:sz w:val="24"/>
        </w:rPr>
        <w:t xml:space="preserve">All times Eastern. </w:t>
      </w:r>
      <w:r>
        <w:rPr>
          <w:sz w:val="24"/>
        </w:rPr>
        <w:t xml:space="preserve">You can also find this information on our affiliate website: </w:t>
      </w:r>
      <w:hyperlink r:id="rId8">
        <w:r w:rsidR="00345E02">
          <w:t>https://digitaltvtools.nbcuni.com/tech-info/break-notices/</w:t>
        </w:r>
      </w:hyperlink>
    </w:p>
    <w:p w14:paraId="30937C90" w14:textId="77777777" w:rsidR="00345E02" w:rsidRDefault="00345E02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19785E6E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1E60E8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t>Tuesday 07/28/2026, 9:00 PM – 10:30 PM, USA Swimming, National Championships - Day 1 (Premiere)</w:t>
            </w:r>
          </w:p>
        </w:tc>
      </w:tr>
      <w:tr w:rsidR="00345E02" w14:paraId="6C84646F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CB53A4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547E77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69E207EF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0DE1EC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A0EE47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523C74B7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575C7A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838970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7D3F46F6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566107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D52D80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124292BF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9245CC" w14:textId="77777777" w:rsidR="00345E02" w:rsidRDefault="00097DC9">
            <w:pPr>
              <w:keepLines/>
              <w:spacing w:after="0"/>
            </w:pPr>
            <w:r>
              <w:t>Break 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8C9BD2" w14:textId="77777777" w:rsidR="00345E02" w:rsidRDefault="00097DC9">
            <w:pPr>
              <w:keepLines/>
              <w:spacing w:after="0"/>
            </w:pPr>
            <w:r>
              <w:t>1 x 60 LOCAL</w:t>
            </w:r>
          </w:p>
        </w:tc>
      </w:tr>
    </w:tbl>
    <w:p w14:paraId="1F04597E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20530251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EA01C8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t>Wednesday 07/29/2026, 7:30 PM – 9:00 PM, USA Swimming, National Championships - Day 1 (Repeat)</w:t>
            </w:r>
          </w:p>
        </w:tc>
      </w:tr>
      <w:tr w:rsidR="00345E02" w14:paraId="49D476D0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8C9ACB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1B2E85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61A43E95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DEE2E0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B298FE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58369B4B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01D30F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0AED18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1BBC77FA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F06376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249031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06DB79A6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5372EF" w14:textId="77777777" w:rsidR="00345E02" w:rsidRDefault="00097DC9">
            <w:pPr>
              <w:keepLines/>
              <w:spacing w:after="0"/>
            </w:pPr>
            <w:r>
              <w:t>Break 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6D0EBF" w14:textId="77777777" w:rsidR="00345E02" w:rsidRDefault="00097DC9">
            <w:pPr>
              <w:keepLines/>
              <w:spacing w:after="0"/>
            </w:pPr>
            <w:r>
              <w:t>1 x 60 LOCAL</w:t>
            </w:r>
          </w:p>
        </w:tc>
      </w:tr>
    </w:tbl>
    <w:p w14:paraId="2CD69AFD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0F501D57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04B2E7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t>Wednesday 07/29/2026, 9:00 PM – 10:45 PM, USA Swimming, National Championships - Day 2 (Premiere)</w:t>
            </w:r>
          </w:p>
        </w:tc>
      </w:tr>
      <w:tr w:rsidR="00345E02" w14:paraId="656CF86D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8248C8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2EE0A6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0A15AB15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834950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A04220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6F77E05A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50F5DA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F4B95C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6BE9628C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E6C60B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487CD3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27123628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768207" w14:textId="77777777" w:rsidR="00345E02" w:rsidRDefault="00097DC9">
            <w:pPr>
              <w:keepNext/>
              <w:keepLines/>
              <w:spacing w:after="0"/>
            </w:pPr>
            <w:r>
              <w:t>Break 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673969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6CF27A27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B45B2D" w14:textId="77777777" w:rsidR="00345E02" w:rsidRDefault="00097DC9">
            <w:pPr>
              <w:keepNext/>
              <w:keepLines/>
              <w:spacing w:after="0"/>
            </w:pPr>
            <w:r>
              <w:t>Break 6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1A7B22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15293DF1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45155B" w14:textId="77777777" w:rsidR="00345E02" w:rsidRDefault="00097DC9">
            <w:pPr>
              <w:keepLines/>
              <w:spacing w:after="0"/>
            </w:pPr>
            <w:r>
              <w:t>Break 7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510492" w14:textId="77777777" w:rsidR="00345E02" w:rsidRDefault="00345E02">
            <w:pPr>
              <w:keepLines/>
              <w:spacing w:after="0"/>
            </w:pPr>
          </w:p>
        </w:tc>
      </w:tr>
    </w:tbl>
    <w:p w14:paraId="6A3A056A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32F8E6C0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EE9C8F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lastRenderedPageBreak/>
              <w:t>Wednesday 07/29/2026, 10:45 PM – 12:15 AM, USA Swimming, National Championships - Day 1 (Repeat)</w:t>
            </w:r>
          </w:p>
        </w:tc>
      </w:tr>
      <w:tr w:rsidR="00345E02" w14:paraId="7D1F4B43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B9348F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221F81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64113BF7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973A68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A8855E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54D72AF5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366440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B0A5D8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1F52A69B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97CA86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41687F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4439C45C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CE5350" w14:textId="77777777" w:rsidR="00345E02" w:rsidRDefault="00097DC9">
            <w:pPr>
              <w:keepLines/>
              <w:spacing w:after="0"/>
            </w:pPr>
            <w:r>
              <w:t>Break 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5EF715" w14:textId="77777777" w:rsidR="00345E02" w:rsidRDefault="00097DC9">
            <w:pPr>
              <w:keepLines/>
              <w:spacing w:after="0"/>
            </w:pPr>
            <w:r>
              <w:t>1 x 60 LOCAL</w:t>
            </w:r>
          </w:p>
        </w:tc>
      </w:tr>
    </w:tbl>
    <w:p w14:paraId="772ECE31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493CFAC9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A926A9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t>Wednesday 07/29/2026, 12:15 AM – 2:00 AM, USA Swimming, National Championships - Day 2 (Repeat)</w:t>
            </w:r>
          </w:p>
        </w:tc>
      </w:tr>
      <w:tr w:rsidR="00345E02" w14:paraId="374F228E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6DBF3F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4E9FA3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5297D02D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ED8277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B30A1D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637DD61E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1A3FCB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0E025E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028ABD20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8C3468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C36F1F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1EFE0457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862555" w14:textId="77777777" w:rsidR="00345E02" w:rsidRDefault="00097DC9">
            <w:pPr>
              <w:keepNext/>
              <w:keepLines/>
              <w:spacing w:after="0"/>
            </w:pPr>
            <w:r>
              <w:t>Break 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52E3E7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59B119AD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F934FB" w14:textId="77777777" w:rsidR="00345E02" w:rsidRDefault="00097DC9">
            <w:pPr>
              <w:keepNext/>
              <w:keepLines/>
              <w:spacing w:after="0"/>
            </w:pPr>
            <w:r>
              <w:t>Break 6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723D94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672568A7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32E38D" w14:textId="77777777" w:rsidR="00345E02" w:rsidRDefault="00097DC9">
            <w:pPr>
              <w:keepLines/>
              <w:spacing w:after="0"/>
            </w:pPr>
            <w:r>
              <w:t>Break 7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509309" w14:textId="77777777" w:rsidR="00345E02" w:rsidRDefault="00345E02">
            <w:pPr>
              <w:keepLines/>
              <w:spacing w:after="0"/>
            </w:pPr>
          </w:p>
        </w:tc>
      </w:tr>
    </w:tbl>
    <w:p w14:paraId="212CCB33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0EA45853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7C3905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t>Thursday 07/30/2026, 9:00 PM – 10:45 PM, USA Swimming, National Championships - Day 3 (Premiere)</w:t>
            </w:r>
          </w:p>
        </w:tc>
      </w:tr>
      <w:tr w:rsidR="00345E02" w14:paraId="5AC26F09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DD2405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BBB2AD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5C840AA6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2AA474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F3DD78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3F52D63D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997C23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3C31E5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63B9084F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F1B6E7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02A677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2B0D3B5E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8099D0" w14:textId="77777777" w:rsidR="00345E02" w:rsidRDefault="00097DC9">
            <w:pPr>
              <w:keepNext/>
              <w:keepLines/>
              <w:spacing w:after="0"/>
            </w:pPr>
            <w:r>
              <w:t>Break 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99959A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0391C9F5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AB59E5" w14:textId="77777777" w:rsidR="00345E02" w:rsidRDefault="00097DC9">
            <w:pPr>
              <w:keepNext/>
              <w:keepLines/>
              <w:spacing w:after="0"/>
            </w:pPr>
            <w:r>
              <w:t>Break 6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A46A61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7890EB96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FD70C2" w14:textId="77777777" w:rsidR="00345E02" w:rsidRDefault="00097DC9">
            <w:pPr>
              <w:keepLines/>
              <w:spacing w:after="0"/>
            </w:pPr>
            <w:r>
              <w:t>Break 7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DB7128" w14:textId="77777777" w:rsidR="00345E02" w:rsidRDefault="00345E02">
            <w:pPr>
              <w:keepLines/>
              <w:spacing w:after="0"/>
            </w:pPr>
          </w:p>
        </w:tc>
      </w:tr>
    </w:tbl>
    <w:p w14:paraId="6AAAD472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7741CF27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A51C77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lastRenderedPageBreak/>
              <w:t>Thursday 07/30/2026, 10:45 PM – 12:30 AM, USA Swimming, National Championships - Day 2 (Repeat)</w:t>
            </w:r>
          </w:p>
        </w:tc>
      </w:tr>
      <w:tr w:rsidR="00345E02" w14:paraId="790FA294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B507C6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F81377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105A6BB0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DD0C9D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39BED3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48CB8151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E1F9E7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3D1140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4425FC30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2CDBB0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F4D1EB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0EFAED2F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4892C9" w14:textId="77777777" w:rsidR="00345E02" w:rsidRDefault="00097DC9">
            <w:pPr>
              <w:keepNext/>
              <w:keepLines/>
              <w:spacing w:after="0"/>
            </w:pPr>
            <w:r>
              <w:t>Break 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33D839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74084C3E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69EA48" w14:textId="77777777" w:rsidR="00345E02" w:rsidRDefault="00097DC9">
            <w:pPr>
              <w:keepNext/>
              <w:keepLines/>
              <w:spacing w:after="0"/>
            </w:pPr>
            <w:r>
              <w:t>Break 6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4DAD90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6B5D24F7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61EC0B" w14:textId="77777777" w:rsidR="00345E02" w:rsidRDefault="00097DC9">
            <w:pPr>
              <w:keepLines/>
              <w:spacing w:after="0"/>
            </w:pPr>
            <w:r>
              <w:t>Break 7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A95636" w14:textId="77777777" w:rsidR="00345E02" w:rsidRDefault="00345E02">
            <w:pPr>
              <w:keepLines/>
              <w:spacing w:after="0"/>
            </w:pPr>
          </w:p>
        </w:tc>
      </w:tr>
    </w:tbl>
    <w:p w14:paraId="6F5FFF47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07CB7451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D14832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t>Friday 07/31/2026, 9:00 PM – 10:30 PM, USA Swimming, National Championships - Day 4 (Premiere)</w:t>
            </w:r>
          </w:p>
        </w:tc>
      </w:tr>
      <w:tr w:rsidR="00345E02" w14:paraId="0379A3FE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3A0C36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F343B8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12934067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94F8F3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1F6C87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36EF7368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1A5C3A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50E860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05826C57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2B3007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DE4ED0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5C654A83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82F2DC" w14:textId="77777777" w:rsidR="00345E02" w:rsidRDefault="00097DC9">
            <w:pPr>
              <w:keepLines/>
              <w:spacing w:after="0"/>
            </w:pPr>
            <w:r>
              <w:t>Break 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ABD708" w14:textId="77777777" w:rsidR="00345E02" w:rsidRDefault="00097DC9">
            <w:pPr>
              <w:keepLines/>
              <w:spacing w:after="0"/>
            </w:pPr>
            <w:r>
              <w:t>1 x 60 LOCAL</w:t>
            </w:r>
          </w:p>
        </w:tc>
      </w:tr>
    </w:tbl>
    <w:p w14:paraId="34E86021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4A39024E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BC91FA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t>Friday 07/31/2026, 10:30 PM – 12:15 AM, USA Swimming, National Championships - Day 2 (Repeat)</w:t>
            </w:r>
          </w:p>
        </w:tc>
      </w:tr>
      <w:tr w:rsidR="00345E02" w14:paraId="1A3CA47A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1A460D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FE20C9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59DD7B1B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7E8DB3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0EDA67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4899937C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C8A4E9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6B39EA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11BA3163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BBCED8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FB034B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38111AF4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054DFA" w14:textId="77777777" w:rsidR="00345E02" w:rsidRDefault="00097DC9">
            <w:pPr>
              <w:keepNext/>
              <w:keepLines/>
              <w:spacing w:after="0"/>
            </w:pPr>
            <w:r>
              <w:t>Break 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8D2D55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4D726F31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43CCE6" w14:textId="77777777" w:rsidR="00345E02" w:rsidRDefault="00097DC9">
            <w:pPr>
              <w:keepNext/>
              <w:keepLines/>
              <w:spacing w:after="0"/>
            </w:pPr>
            <w:r>
              <w:t>Break 6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184741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3B0E06C5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208ED5" w14:textId="77777777" w:rsidR="00345E02" w:rsidRDefault="00097DC9">
            <w:pPr>
              <w:keepLines/>
              <w:spacing w:after="0"/>
            </w:pPr>
            <w:r>
              <w:t>Break 7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1447AA" w14:textId="77777777" w:rsidR="00345E02" w:rsidRDefault="00345E02">
            <w:pPr>
              <w:keepLines/>
              <w:spacing w:after="0"/>
            </w:pPr>
          </w:p>
        </w:tc>
      </w:tr>
    </w:tbl>
    <w:p w14:paraId="24268E62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50AABC1C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30FEC5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lastRenderedPageBreak/>
              <w:t>Friday 07/31/2026, 12:15 AM – 2:00 AM, USA Swimming, National Championships - Day 3 (Repeat)</w:t>
            </w:r>
          </w:p>
        </w:tc>
      </w:tr>
      <w:tr w:rsidR="00345E02" w14:paraId="335377DA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FF516B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E34825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4045A404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29B9D1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CA55AC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338C7BE2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B20319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2DA129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6B2326AD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796CB6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4C5343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67EC3DC8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8FA5EC" w14:textId="77777777" w:rsidR="00345E02" w:rsidRDefault="00097DC9">
            <w:pPr>
              <w:keepNext/>
              <w:keepLines/>
              <w:spacing w:after="0"/>
            </w:pPr>
            <w:r>
              <w:t>Break 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DD17F1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0B9ACFF2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0B1B90" w14:textId="77777777" w:rsidR="00345E02" w:rsidRDefault="00097DC9">
            <w:pPr>
              <w:keepNext/>
              <w:keepLines/>
              <w:spacing w:after="0"/>
            </w:pPr>
            <w:r>
              <w:t>Break 6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2D5175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221A89F1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28339B" w14:textId="77777777" w:rsidR="00345E02" w:rsidRDefault="00097DC9">
            <w:pPr>
              <w:keepLines/>
              <w:spacing w:after="0"/>
            </w:pPr>
            <w:r>
              <w:t>Break 7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50A018" w14:textId="77777777" w:rsidR="00345E02" w:rsidRDefault="00345E02">
            <w:pPr>
              <w:keepLines/>
              <w:spacing w:after="0"/>
            </w:pPr>
          </w:p>
        </w:tc>
      </w:tr>
    </w:tbl>
    <w:p w14:paraId="6F2AB87E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47C6C93A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F4A0B9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t>Friday 07/31/2026, 2:00 AM – 3:30 AM, USA Swimming, National Championships - Day 4 (Repeat)</w:t>
            </w:r>
          </w:p>
        </w:tc>
      </w:tr>
      <w:tr w:rsidR="00345E02" w14:paraId="6C10D6DA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227EC1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656CEF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04F15203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0F54B7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31E37F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57BC25A0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E3EC85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F58355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7B080A4B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FC4B7B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E89E26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1632CE7B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7FCE10" w14:textId="77777777" w:rsidR="00345E02" w:rsidRDefault="00097DC9">
            <w:pPr>
              <w:keepLines/>
              <w:spacing w:after="0"/>
            </w:pPr>
            <w:r>
              <w:t>Break 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112E88" w14:textId="77777777" w:rsidR="00345E02" w:rsidRDefault="00097DC9">
            <w:pPr>
              <w:keepLines/>
              <w:spacing w:after="0"/>
            </w:pPr>
            <w:r>
              <w:t>1 x 60 LOCAL</w:t>
            </w:r>
          </w:p>
        </w:tc>
      </w:tr>
    </w:tbl>
    <w:p w14:paraId="36280B91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6240CBBF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508D12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t>Saturday 08/01/2026, 2:30 PM – 4:00 PM, USA Swimming, National Championships - Day 1 (Repeat)</w:t>
            </w:r>
          </w:p>
        </w:tc>
      </w:tr>
      <w:tr w:rsidR="00345E02" w14:paraId="2EEE7FE2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D540EA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284BBE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20668C41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ACBC00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B4F6A3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17FFB1C3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1F6691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AE910E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0066137E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5339FD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E488EF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1525E98A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067401" w14:textId="77777777" w:rsidR="00345E02" w:rsidRDefault="00097DC9">
            <w:pPr>
              <w:keepLines/>
              <w:spacing w:after="0"/>
            </w:pPr>
            <w:r>
              <w:t>Break 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9D4325" w14:textId="77777777" w:rsidR="00345E02" w:rsidRDefault="00097DC9">
            <w:pPr>
              <w:keepLines/>
              <w:spacing w:after="0"/>
            </w:pPr>
            <w:r>
              <w:t>1 x 60 LOCAL</w:t>
            </w:r>
          </w:p>
        </w:tc>
      </w:tr>
    </w:tbl>
    <w:p w14:paraId="6A7D19CA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00ADCD5F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533F3C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t>Saturday 08/01/2026, 4:00 PM – 5:45 PM, USA Swimming, National Championships - Day 2 (Repeat)</w:t>
            </w:r>
          </w:p>
        </w:tc>
      </w:tr>
      <w:tr w:rsidR="00345E02" w14:paraId="444096FA" w14:textId="77777777" w:rsidTr="008833D8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AC708F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8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66D686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74803B07" w14:textId="77777777" w:rsidTr="008833D8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ECD121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8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1FD6CD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24BA1365" w14:textId="77777777" w:rsidTr="008833D8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658376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8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7132E4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4CB4B322" w14:textId="77777777" w:rsidTr="008833D8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86D6DF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8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EDDFEE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09424EBA" w14:textId="77777777" w:rsidTr="008833D8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48FAFD" w14:textId="77777777" w:rsidR="00345E02" w:rsidRDefault="00097DC9">
            <w:pPr>
              <w:keepNext/>
              <w:keepLines/>
              <w:spacing w:after="0"/>
            </w:pPr>
            <w:r>
              <w:t>Break 5</w:t>
            </w:r>
          </w:p>
        </w:tc>
        <w:tc>
          <w:tcPr>
            <w:tcW w:w="8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D19B5E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40CEE91F" w14:textId="77777777" w:rsidTr="008833D8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D2E66C" w14:textId="77777777" w:rsidR="00345E02" w:rsidRDefault="00097DC9">
            <w:pPr>
              <w:keepNext/>
              <w:keepLines/>
              <w:spacing w:after="0"/>
            </w:pPr>
            <w:r>
              <w:t>Break 6</w:t>
            </w:r>
          </w:p>
        </w:tc>
        <w:tc>
          <w:tcPr>
            <w:tcW w:w="8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DEA78E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32EF5F64" w14:textId="77777777" w:rsidTr="008833D8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D231BC" w14:textId="77777777" w:rsidR="00345E02" w:rsidRDefault="00097DC9">
            <w:pPr>
              <w:keepLines/>
              <w:spacing w:after="0"/>
            </w:pPr>
            <w:r>
              <w:t>Break 7</w:t>
            </w:r>
          </w:p>
        </w:tc>
        <w:tc>
          <w:tcPr>
            <w:tcW w:w="8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CAF395" w14:textId="77777777" w:rsidR="00345E02" w:rsidRDefault="00345E02">
            <w:pPr>
              <w:keepLines/>
              <w:spacing w:after="0"/>
            </w:pPr>
          </w:p>
        </w:tc>
      </w:tr>
      <w:tr w:rsidR="00345E02" w14:paraId="3ACA0A0C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035B15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lastRenderedPageBreak/>
              <w:t>Saturday 08/01/2026, 5:45 PM – 7:30 PM, USA Swimming, National Championships - Day 3 (Repeat)</w:t>
            </w:r>
          </w:p>
        </w:tc>
      </w:tr>
      <w:tr w:rsidR="00345E02" w14:paraId="21BEC822" w14:textId="77777777" w:rsidTr="008833D8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F04AE5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8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76198B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62784941" w14:textId="77777777" w:rsidTr="008833D8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1083A3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8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96E267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3F080588" w14:textId="77777777" w:rsidTr="008833D8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9F3986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8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6EADA2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6E63E417" w14:textId="77777777" w:rsidTr="008833D8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C8F88A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8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F3A093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0A40B2CF" w14:textId="77777777" w:rsidTr="008833D8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324B82" w14:textId="77777777" w:rsidR="00345E02" w:rsidRDefault="00097DC9">
            <w:pPr>
              <w:keepNext/>
              <w:keepLines/>
              <w:spacing w:after="0"/>
            </w:pPr>
            <w:r>
              <w:t>Break 5</w:t>
            </w:r>
          </w:p>
        </w:tc>
        <w:tc>
          <w:tcPr>
            <w:tcW w:w="8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876529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41E862BC" w14:textId="77777777" w:rsidTr="008833D8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186BAA" w14:textId="77777777" w:rsidR="00345E02" w:rsidRDefault="00097DC9">
            <w:pPr>
              <w:keepNext/>
              <w:keepLines/>
              <w:spacing w:after="0"/>
            </w:pPr>
            <w:r>
              <w:t>Break 6</w:t>
            </w:r>
          </w:p>
        </w:tc>
        <w:tc>
          <w:tcPr>
            <w:tcW w:w="8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E74901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14845859" w14:textId="77777777" w:rsidTr="008833D8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20A90E" w14:textId="77777777" w:rsidR="00345E02" w:rsidRDefault="00097DC9">
            <w:pPr>
              <w:keepLines/>
              <w:spacing w:after="0"/>
            </w:pPr>
            <w:r>
              <w:t>Break 7</w:t>
            </w:r>
          </w:p>
        </w:tc>
        <w:tc>
          <w:tcPr>
            <w:tcW w:w="8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0240FE" w14:textId="77777777" w:rsidR="00345E02" w:rsidRDefault="00345E02">
            <w:pPr>
              <w:keepLines/>
              <w:spacing w:after="0"/>
            </w:pPr>
          </w:p>
        </w:tc>
      </w:tr>
    </w:tbl>
    <w:p w14:paraId="343DFC6A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027D0347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093D2F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t>Saturday 08/01/2026, 7:30 PM – 9:00 PM, USA Swimming, National Championships - Day 4 (Repeat)</w:t>
            </w:r>
          </w:p>
        </w:tc>
      </w:tr>
      <w:tr w:rsidR="00345E02" w14:paraId="3106EB62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F36E0C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D17F20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66EB1C7D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80D2A2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1D8E5A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6F88CDEF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B0C2BF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2C0355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12B06139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5145FA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F68746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0D17AC1D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8E848D" w14:textId="77777777" w:rsidR="00345E02" w:rsidRDefault="00097DC9">
            <w:pPr>
              <w:keepLines/>
              <w:spacing w:after="0"/>
            </w:pPr>
            <w:r>
              <w:t>Break 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7FDB94" w14:textId="77777777" w:rsidR="00345E02" w:rsidRDefault="00097DC9">
            <w:pPr>
              <w:keepLines/>
              <w:spacing w:after="0"/>
            </w:pPr>
            <w:r>
              <w:t>1 x 60 LOCAL</w:t>
            </w:r>
          </w:p>
        </w:tc>
      </w:tr>
    </w:tbl>
    <w:p w14:paraId="603284DD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1D9B2ED3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1FF232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t>Saturday 08/01/2026, 9:00 PM – 10:30 PM, USA Swimming, National Championships - Day 5 (Premiere)</w:t>
            </w:r>
          </w:p>
        </w:tc>
      </w:tr>
      <w:tr w:rsidR="00345E02" w14:paraId="5C4919B6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601324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CB38A7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376222F4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6C3A0C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FBE3E3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1027C62A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E3B9EB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603D99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4FAC9B59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E9F9D8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22C357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0175EBAF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D08EC2" w14:textId="77777777" w:rsidR="00345E02" w:rsidRDefault="00097DC9">
            <w:pPr>
              <w:keepLines/>
              <w:spacing w:after="0"/>
            </w:pPr>
            <w:r>
              <w:t>Break 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0171C1" w14:textId="77777777" w:rsidR="00345E02" w:rsidRDefault="00097DC9">
            <w:pPr>
              <w:keepLines/>
              <w:spacing w:after="0"/>
            </w:pPr>
            <w:r>
              <w:t>1 x 60 LOCAL</w:t>
            </w:r>
          </w:p>
        </w:tc>
      </w:tr>
    </w:tbl>
    <w:p w14:paraId="23DF41B6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680AD2AB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E8B23E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t>Sunday 08/02/2026, 8:30 AM – 10:00 AM, USA Swimming, National Championships - Day 4 (Repeat)</w:t>
            </w:r>
          </w:p>
        </w:tc>
      </w:tr>
      <w:tr w:rsidR="00345E02" w14:paraId="770A2405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40E010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E0758C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76B0C5D6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14D272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DA385B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789EFB47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A28738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2A5F83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3A32FB3C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1AD911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0627D5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47D1BA80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DCF301" w14:textId="77777777" w:rsidR="00345E02" w:rsidRDefault="00097DC9">
            <w:pPr>
              <w:keepLines/>
              <w:spacing w:after="0"/>
            </w:pPr>
            <w:r>
              <w:t>Break 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634EC5" w14:textId="77777777" w:rsidR="00345E02" w:rsidRDefault="00097DC9">
            <w:pPr>
              <w:keepLines/>
              <w:spacing w:after="0"/>
            </w:pPr>
            <w:r>
              <w:t>1 x 60 LOCAL</w:t>
            </w:r>
          </w:p>
        </w:tc>
      </w:tr>
    </w:tbl>
    <w:p w14:paraId="53EC9FA8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57FC546B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B5E419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lastRenderedPageBreak/>
              <w:t>Sunday 08/02/2026, 10:00 AM – 11:30 AM, USA Swimming, National Championships - Day 5 (Repeat)</w:t>
            </w:r>
          </w:p>
        </w:tc>
      </w:tr>
      <w:tr w:rsidR="00345E02" w14:paraId="633D49E7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3F75B3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930BEC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4B13F8C9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4915B5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D2A516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226D7474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3C0EE9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14DCF6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207E551C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194AA0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50B6B6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2117A80B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93E9B7" w14:textId="77777777" w:rsidR="00345E02" w:rsidRDefault="00097DC9">
            <w:pPr>
              <w:keepLines/>
              <w:spacing w:after="0"/>
            </w:pPr>
            <w:r>
              <w:t>Break 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79E374" w14:textId="77777777" w:rsidR="00345E02" w:rsidRDefault="00097DC9">
            <w:pPr>
              <w:keepLines/>
              <w:spacing w:after="0"/>
            </w:pPr>
            <w:r>
              <w:t>1 x 60 LOCAL</w:t>
            </w:r>
          </w:p>
        </w:tc>
      </w:tr>
    </w:tbl>
    <w:p w14:paraId="23966BBD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66D314E6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AFFEE9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t>Sunday 08/02/2026, 8:15 PM – 10:00 PM, USA Swimming, National Championships - Day 3 (Repeat)</w:t>
            </w:r>
          </w:p>
        </w:tc>
      </w:tr>
      <w:tr w:rsidR="00345E02" w14:paraId="7720DC34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D596BE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04D308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33ED6D96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ACB24C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40EDBD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41A4075D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91EC22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1CA99F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6B20EA31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BB4304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06CE30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27D241FD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C54313" w14:textId="77777777" w:rsidR="00345E02" w:rsidRDefault="00097DC9">
            <w:pPr>
              <w:keepNext/>
              <w:keepLines/>
              <w:spacing w:after="0"/>
            </w:pPr>
            <w:r>
              <w:t>Break 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AB11AE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343BE1EE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3A5177" w14:textId="77777777" w:rsidR="00345E02" w:rsidRDefault="00097DC9">
            <w:pPr>
              <w:keepNext/>
              <w:keepLines/>
              <w:spacing w:after="0"/>
            </w:pPr>
            <w:r>
              <w:t>Break 6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5411CF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6D9F1D15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5735FC" w14:textId="77777777" w:rsidR="00345E02" w:rsidRDefault="00097DC9">
            <w:pPr>
              <w:keepLines/>
              <w:spacing w:after="0"/>
            </w:pPr>
            <w:r>
              <w:t>Break 7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BEFA8F" w14:textId="77777777" w:rsidR="00345E02" w:rsidRDefault="00345E02">
            <w:pPr>
              <w:keepLines/>
              <w:spacing w:after="0"/>
            </w:pPr>
          </w:p>
        </w:tc>
      </w:tr>
    </w:tbl>
    <w:p w14:paraId="0C2BA65E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11101536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9A21D2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t>Sunday 08/02/2026, 6:30 PM – 8:15 PM, USA Swimming, National Championships - Day 2 (Repeat)</w:t>
            </w:r>
          </w:p>
        </w:tc>
      </w:tr>
      <w:tr w:rsidR="00345E02" w14:paraId="39CE9EA8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0A7AA2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0F58CD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780D1D0C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A95DBC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7DD2CE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32107818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204B00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E9F95F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00EFC040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DC0E9B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291AA3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0E96E7D8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AF1359" w14:textId="77777777" w:rsidR="00345E02" w:rsidRDefault="00097DC9">
            <w:pPr>
              <w:keepNext/>
              <w:keepLines/>
              <w:spacing w:after="0"/>
            </w:pPr>
            <w:r>
              <w:t>Break 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85E45F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00C46BA0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4904A9" w14:textId="77777777" w:rsidR="00345E02" w:rsidRDefault="00097DC9">
            <w:pPr>
              <w:keepNext/>
              <w:keepLines/>
              <w:spacing w:after="0"/>
            </w:pPr>
            <w:r>
              <w:t>Break 6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44B443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7050CFE8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618137" w14:textId="77777777" w:rsidR="00345E02" w:rsidRDefault="00097DC9">
            <w:pPr>
              <w:keepLines/>
              <w:spacing w:after="0"/>
            </w:pPr>
            <w:r>
              <w:t>Break 7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A6D546" w14:textId="77777777" w:rsidR="00345E02" w:rsidRDefault="00345E02">
            <w:pPr>
              <w:keepLines/>
              <w:spacing w:after="0"/>
            </w:pPr>
          </w:p>
        </w:tc>
      </w:tr>
    </w:tbl>
    <w:p w14:paraId="6744E7F9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3C45C9DE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841C7D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t>Wednesday 08/05/2026, 9:30 PM – 11:00 PM, USA Swimming, National Championships - Day 1 (Repeat)</w:t>
            </w:r>
          </w:p>
        </w:tc>
      </w:tr>
      <w:tr w:rsidR="00345E02" w14:paraId="458C092B" w14:textId="77777777" w:rsidTr="008833D8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5E170C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8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A7198D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6C393941" w14:textId="77777777" w:rsidTr="008833D8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489362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8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4AEB80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23DB03E6" w14:textId="77777777" w:rsidTr="008833D8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5675D0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8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F29F6E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29A07709" w14:textId="77777777" w:rsidTr="008833D8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31463A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8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5FF757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4B42992C" w14:textId="77777777" w:rsidTr="008833D8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03511D" w14:textId="77777777" w:rsidR="00345E02" w:rsidRDefault="00097DC9">
            <w:pPr>
              <w:keepLines/>
              <w:spacing w:after="0"/>
            </w:pPr>
            <w:r>
              <w:t>Break 5</w:t>
            </w:r>
          </w:p>
        </w:tc>
        <w:tc>
          <w:tcPr>
            <w:tcW w:w="8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4B8BE4" w14:textId="77777777" w:rsidR="00345E02" w:rsidRDefault="00097DC9">
            <w:pPr>
              <w:keepLines/>
              <w:spacing w:after="0"/>
            </w:pPr>
            <w:r>
              <w:t>1 x 60 LOCAL</w:t>
            </w:r>
          </w:p>
        </w:tc>
      </w:tr>
      <w:tr w:rsidR="00345E02" w14:paraId="5E6323EA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CEA37F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lastRenderedPageBreak/>
              <w:t>Wednesday 08/05/2026, 11:00 PM – 12:45 AM, USA Swimming, National Championships - Day 2 (Repeat)</w:t>
            </w:r>
          </w:p>
        </w:tc>
      </w:tr>
      <w:tr w:rsidR="00345E02" w14:paraId="4933C616" w14:textId="77777777" w:rsidTr="008833D8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65AD9D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8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C21F34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4B832F36" w14:textId="77777777" w:rsidTr="008833D8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431CAC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8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AFD4CA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06EE942A" w14:textId="77777777" w:rsidTr="008833D8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B6FEB1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8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557822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7C45DDF5" w14:textId="77777777" w:rsidTr="008833D8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B6B147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8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BBB61A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454847B9" w14:textId="77777777" w:rsidTr="008833D8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60EA08" w14:textId="77777777" w:rsidR="00345E02" w:rsidRDefault="00097DC9">
            <w:pPr>
              <w:keepNext/>
              <w:keepLines/>
              <w:spacing w:after="0"/>
            </w:pPr>
            <w:r>
              <w:t>Break 5</w:t>
            </w:r>
          </w:p>
        </w:tc>
        <w:tc>
          <w:tcPr>
            <w:tcW w:w="8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FEE947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0FB98D23" w14:textId="77777777" w:rsidTr="008833D8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F45283" w14:textId="77777777" w:rsidR="00345E02" w:rsidRDefault="00097DC9">
            <w:pPr>
              <w:keepNext/>
              <w:keepLines/>
              <w:spacing w:after="0"/>
            </w:pPr>
            <w:r>
              <w:t>Break 6</w:t>
            </w:r>
          </w:p>
        </w:tc>
        <w:tc>
          <w:tcPr>
            <w:tcW w:w="8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0E17F3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0760DFCC" w14:textId="77777777" w:rsidTr="008833D8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683E12" w14:textId="77777777" w:rsidR="00345E02" w:rsidRDefault="00097DC9">
            <w:pPr>
              <w:keepLines/>
              <w:spacing w:after="0"/>
            </w:pPr>
            <w:r>
              <w:t>Break 7</w:t>
            </w:r>
          </w:p>
        </w:tc>
        <w:tc>
          <w:tcPr>
            <w:tcW w:w="8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2227E2" w14:textId="77777777" w:rsidR="00345E02" w:rsidRDefault="00345E02">
            <w:pPr>
              <w:keepLines/>
              <w:spacing w:after="0"/>
            </w:pPr>
          </w:p>
        </w:tc>
      </w:tr>
    </w:tbl>
    <w:p w14:paraId="2A764EA8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7A7BC9CA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B449B1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t>Wednesday 08/05/2026, 12:45 AM – 2:30 AM, USA Swimming, National Championships - Day 3 (Repeat)</w:t>
            </w:r>
          </w:p>
        </w:tc>
      </w:tr>
      <w:tr w:rsidR="00345E02" w14:paraId="5E7D5B3D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F936F3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BE101F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1524D7F6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22152C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92DC93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69F87ACE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7DA2B4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D79EEC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6CFAC976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8C1E14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6ADF07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7430E435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0F9D5D" w14:textId="77777777" w:rsidR="00345E02" w:rsidRDefault="00097DC9">
            <w:pPr>
              <w:keepNext/>
              <w:keepLines/>
              <w:spacing w:after="0"/>
            </w:pPr>
            <w:r>
              <w:t>Break 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14EF66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38A7C0F6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AFC263" w14:textId="77777777" w:rsidR="00345E02" w:rsidRDefault="00097DC9">
            <w:pPr>
              <w:keepNext/>
              <w:keepLines/>
              <w:spacing w:after="0"/>
            </w:pPr>
            <w:r>
              <w:t>Break 6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C110A0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7B0B79AC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A27A82" w14:textId="77777777" w:rsidR="00345E02" w:rsidRDefault="00097DC9">
            <w:pPr>
              <w:keepLines/>
              <w:spacing w:after="0"/>
            </w:pPr>
            <w:r>
              <w:t>Break 7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42783C" w14:textId="77777777" w:rsidR="00345E02" w:rsidRDefault="00345E02">
            <w:pPr>
              <w:keepLines/>
              <w:spacing w:after="0"/>
            </w:pPr>
          </w:p>
        </w:tc>
      </w:tr>
    </w:tbl>
    <w:p w14:paraId="0247C0A3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7C3206B7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B5D827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t>Wednesday 08/05/2026, 2:30 AM – 4:00 AM, USA Swimming, National Championships - Day 4 (Repeat)</w:t>
            </w:r>
          </w:p>
        </w:tc>
      </w:tr>
      <w:tr w:rsidR="00345E02" w14:paraId="58AECA4F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389451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9EA863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669B24B4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942B90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581E9D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3145C184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DC0C04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C5F49B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6FFCADAF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1DAB4F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41E50A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1C6A0107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A018EC" w14:textId="77777777" w:rsidR="00345E02" w:rsidRDefault="00097DC9">
            <w:pPr>
              <w:keepLines/>
              <w:spacing w:after="0"/>
            </w:pPr>
            <w:r>
              <w:t>Break 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E8E36F" w14:textId="77777777" w:rsidR="00345E02" w:rsidRDefault="00097DC9">
            <w:pPr>
              <w:keepLines/>
              <w:spacing w:after="0"/>
            </w:pPr>
            <w:r>
              <w:t>1 x 60 LOCAL</w:t>
            </w:r>
          </w:p>
        </w:tc>
      </w:tr>
    </w:tbl>
    <w:p w14:paraId="29B62C02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6FFBC0EE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C3009F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t>Wednesday 08/05/2026, 4:00 AM – 5:30 AM, USA Swimming, National Championships - Day 5 (Repeat)</w:t>
            </w:r>
          </w:p>
        </w:tc>
      </w:tr>
      <w:tr w:rsidR="00345E02" w14:paraId="468EC3EC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255D41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774494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0C5FC423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FF0C9F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94326F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4FFE056B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F43746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F959FD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7CD0E308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22B0C9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E503D5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4098AB17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A2B63E" w14:textId="77777777" w:rsidR="00345E02" w:rsidRDefault="00097DC9">
            <w:pPr>
              <w:keepLines/>
              <w:spacing w:after="0"/>
            </w:pPr>
            <w:r>
              <w:t>Break 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3670F8" w14:textId="77777777" w:rsidR="00345E02" w:rsidRDefault="00097DC9">
            <w:pPr>
              <w:keepLines/>
              <w:spacing w:after="0"/>
            </w:pPr>
            <w:r>
              <w:t>1 x 60 LOCAL</w:t>
            </w:r>
          </w:p>
        </w:tc>
      </w:tr>
    </w:tbl>
    <w:p w14:paraId="3BE878C2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628B7F57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6D776D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t>Thursday 08/06/2026, 10:00 PM – 1:00 AM, U.S. Gymnastics Championships - Men Day 1 (Premiere)</w:t>
            </w:r>
          </w:p>
        </w:tc>
      </w:tr>
      <w:tr w:rsidR="00345E02" w14:paraId="4089385C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A11848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2D364E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2FFF4252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43FC28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2D8976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4DBE8964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9FFE15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E3519C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54E7E7A5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A99241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5C81B0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51BCE229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AE934F" w14:textId="77777777" w:rsidR="00345E02" w:rsidRDefault="00097DC9">
            <w:pPr>
              <w:keepNext/>
              <w:keepLines/>
              <w:spacing w:after="0"/>
            </w:pPr>
            <w:r>
              <w:t>Break 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56385B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7E8687FA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3D1656" w14:textId="77777777" w:rsidR="00345E02" w:rsidRDefault="00097DC9">
            <w:pPr>
              <w:keepNext/>
              <w:keepLines/>
              <w:spacing w:after="0"/>
            </w:pPr>
            <w:r>
              <w:t>Break 6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8EBA1D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12D03A22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1B90CA" w14:textId="77777777" w:rsidR="00345E02" w:rsidRDefault="00097DC9">
            <w:pPr>
              <w:keepNext/>
              <w:keepLines/>
              <w:spacing w:after="0"/>
            </w:pPr>
            <w:r>
              <w:t>Break 7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8E43E9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05D6C7F5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52E0D3" w14:textId="77777777" w:rsidR="00345E02" w:rsidRDefault="00097DC9">
            <w:pPr>
              <w:keepNext/>
              <w:keepLines/>
              <w:spacing w:after="0"/>
            </w:pPr>
            <w:r>
              <w:t>Break 8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87DA83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540D7687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C1B8DB" w14:textId="77777777" w:rsidR="00345E02" w:rsidRDefault="00097DC9">
            <w:pPr>
              <w:keepNext/>
              <w:keepLines/>
              <w:spacing w:after="0"/>
            </w:pPr>
            <w:r>
              <w:t>Break 9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DD5B88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7C17E272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88F847" w14:textId="77777777" w:rsidR="00345E02" w:rsidRDefault="00097DC9">
            <w:pPr>
              <w:keepNext/>
              <w:keepLines/>
              <w:spacing w:after="0"/>
            </w:pPr>
            <w:r>
              <w:t>Break 10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A99076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29E1997F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57189D" w14:textId="77777777" w:rsidR="00345E02" w:rsidRDefault="00097DC9">
            <w:pPr>
              <w:keepNext/>
              <w:keepLines/>
              <w:spacing w:after="0"/>
            </w:pPr>
            <w:r>
              <w:t>Break 11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5819C7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7CCCD5FF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CA6B70" w14:textId="77777777" w:rsidR="00345E02" w:rsidRDefault="00097DC9">
            <w:pPr>
              <w:keepNext/>
              <w:keepLines/>
              <w:spacing w:after="0"/>
            </w:pPr>
            <w:r>
              <w:t>Break 12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887A69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48993299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3A9F41" w14:textId="77777777" w:rsidR="00345E02" w:rsidRDefault="00097DC9">
            <w:pPr>
              <w:keepNext/>
              <w:keepLines/>
              <w:spacing w:after="0"/>
            </w:pPr>
            <w:r>
              <w:t>Break 13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FC7820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580BF986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3702A8" w14:textId="77777777" w:rsidR="00345E02" w:rsidRDefault="00097DC9">
            <w:pPr>
              <w:keepNext/>
              <w:keepLines/>
              <w:spacing w:after="0"/>
            </w:pPr>
            <w:r>
              <w:t>Break 14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6DB02A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50CCE278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706158" w14:textId="77777777" w:rsidR="00345E02" w:rsidRDefault="00097DC9">
            <w:pPr>
              <w:keepLines/>
              <w:spacing w:after="0"/>
            </w:pPr>
            <w:r>
              <w:t>Break 15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535ABE" w14:textId="77777777" w:rsidR="00345E02" w:rsidRDefault="00097DC9">
            <w:pPr>
              <w:keepLines/>
              <w:spacing w:after="0"/>
            </w:pPr>
            <w:r>
              <w:t>1 x 60 LOCAL</w:t>
            </w:r>
          </w:p>
        </w:tc>
      </w:tr>
    </w:tbl>
    <w:p w14:paraId="5F18FF51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0A4E2EDA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07AB94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lastRenderedPageBreak/>
              <w:t>Thursday 08/06/2026, 2:30 AM – 5:30 AM, U.S. Gymnastics Championships - Men Day 1 (Premiere)</w:t>
            </w:r>
          </w:p>
        </w:tc>
      </w:tr>
      <w:tr w:rsidR="00345E02" w14:paraId="18688B02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680BC0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97CB8C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25909EA7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A99AB3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A0B019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12358CE8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2331FA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411E56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2EB416FE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6B5495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98A9BA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2D7BD794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E2E09E" w14:textId="77777777" w:rsidR="00345E02" w:rsidRDefault="00097DC9">
            <w:pPr>
              <w:keepNext/>
              <w:keepLines/>
              <w:spacing w:after="0"/>
            </w:pPr>
            <w:r>
              <w:t>Break 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CFFF25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73A60135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0A17E5" w14:textId="77777777" w:rsidR="00345E02" w:rsidRDefault="00097DC9">
            <w:pPr>
              <w:keepNext/>
              <w:keepLines/>
              <w:spacing w:after="0"/>
            </w:pPr>
            <w:r>
              <w:t>Break 6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43587A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4CD36F50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894AA3" w14:textId="77777777" w:rsidR="00345E02" w:rsidRDefault="00097DC9">
            <w:pPr>
              <w:keepNext/>
              <w:keepLines/>
              <w:spacing w:after="0"/>
            </w:pPr>
            <w:r>
              <w:t>Break 7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0116C6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683E2F17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62318B" w14:textId="77777777" w:rsidR="00345E02" w:rsidRDefault="00097DC9">
            <w:pPr>
              <w:keepNext/>
              <w:keepLines/>
              <w:spacing w:after="0"/>
            </w:pPr>
            <w:r>
              <w:t>Break 8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138766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37C30C51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A179CC" w14:textId="77777777" w:rsidR="00345E02" w:rsidRDefault="00097DC9">
            <w:pPr>
              <w:keepNext/>
              <w:keepLines/>
              <w:spacing w:after="0"/>
            </w:pPr>
            <w:r>
              <w:t>Break 9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CA44ED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64749614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BC5F8F" w14:textId="77777777" w:rsidR="00345E02" w:rsidRDefault="00097DC9">
            <w:pPr>
              <w:keepNext/>
              <w:keepLines/>
              <w:spacing w:after="0"/>
            </w:pPr>
            <w:r>
              <w:t>Break 10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AACC82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1F0E7D1A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AE6AF5" w14:textId="77777777" w:rsidR="00345E02" w:rsidRDefault="00097DC9">
            <w:pPr>
              <w:keepNext/>
              <w:keepLines/>
              <w:spacing w:after="0"/>
            </w:pPr>
            <w:r>
              <w:t>Break 11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4A3636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62EFAF35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E20CDD" w14:textId="77777777" w:rsidR="00345E02" w:rsidRDefault="00097DC9">
            <w:pPr>
              <w:keepNext/>
              <w:keepLines/>
              <w:spacing w:after="0"/>
            </w:pPr>
            <w:r>
              <w:t>Break 12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143986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01BB34D5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2162D1" w14:textId="77777777" w:rsidR="00345E02" w:rsidRDefault="00097DC9">
            <w:pPr>
              <w:keepNext/>
              <w:keepLines/>
              <w:spacing w:after="0"/>
            </w:pPr>
            <w:r>
              <w:t>Break 13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D8A83E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7AD43F52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E68ED9" w14:textId="77777777" w:rsidR="00345E02" w:rsidRDefault="00097DC9">
            <w:pPr>
              <w:keepNext/>
              <w:keepLines/>
              <w:spacing w:after="0"/>
            </w:pPr>
            <w:r>
              <w:t>Break 14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02C88A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3EEFAEF3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8E1EC1" w14:textId="77777777" w:rsidR="00345E02" w:rsidRDefault="00097DC9">
            <w:pPr>
              <w:keepLines/>
              <w:spacing w:after="0"/>
            </w:pPr>
            <w:r>
              <w:t>Break 15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3EB697" w14:textId="77777777" w:rsidR="00345E02" w:rsidRDefault="00097DC9">
            <w:pPr>
              <w:keepLines/>
              <w:spacing w:after="0"/>
            </w:pPr>
            <w:r>
              <w:t>1 x 60 LOCAL</w:t>
            </w:r>
          </w:p>
        </w:tc>
      </w:tr>
    </w:tbl>
    <w:p w14:paraId="0C176FEE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4665534C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2DB428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lastRenderedPageBreak/>
              <w:t>Friday 08/07/2026, 12:00 AM – 3:00 AM, U.S. Gymnastics Championships - Men Day 1 (Repeat)</w:t>
            </w:r>
          </w:p>
        </w:tc>
      </w:tr>
      <w:tr w:rsidR="00345E02" w14:paraId="631CE964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3972B0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F188E1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45520FB1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32905F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D96DB2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24D1867D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30E4D2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C73F3C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68F42BA8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212AE7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7789F4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663746CF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3BB9F3" w14:textId="77777777" w:rsidR="00345E02" w:rsidRDefault="00097DC9">
            <w:pPr>
              <w:keepNext/>
              <w:keepLines/>
              <w:spacing w:after="0"/>
            </w:pPr>
            <w:r>
              <w:t>Break 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598B06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029CF3DD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A46709" w14:textId="77777777" w:rsidR="00345E02" w:rsidRDefault="00097DC9">
            <w:pPr>
              <w:keepNext/>
              <w:keepLines/>
              <w:spacing w:after="0"/>
            </w:pPr>
            <w:r>
              <w:t>Break 6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11BD6E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47BFB701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442306" w14:textId="77777777" w:rsidR="00345E02" w:rsidRDefault="00097DC9">
            <w:pPr>
              <w:keepNext/>
              <w:keepLines/>
              <w:spacing w:after="0"/>
            </w:pPr>
            <w:r>
              <w:t>Break 7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0090CD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7ED08A42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DC737D" w14:textId="77777777" w:rsidR="00345E02" w:rsidRDefault="00097DC9">
            <w:pPr>
              <w:keepNext/>
              <w:keepLines/>
              <w:spacing w:after="0"/>
            </w:pPr>
            <w:r>
              <w:t>Break 8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474FE3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77098F0F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54FB2B" w14:textId="77777777" w:rsidR="00345E02" w:rsidRDefault="00097DC9">
            <w:pPr>
              <w:keepNext/>
              <w:keepLines/>
              <w:spacing w:after="0"/>
            </w:pPr>
            <w:r>
              <w:t>Break 9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345765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782AEA36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C23CB1" w14:textId="77777777" w:rsidR="00345E02" w:rsidRDefault="00097DC9">
            <w:pPr>
              <w:keepNext/>
              <w:keepLines/>
              <w:spacing w:after="0"/>
            </w:pPr>
            <w:r>
              <w:t>Break 10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9F3115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63043A50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6815ED" w14:textId="77777777" w:rsidR="00345E02" w:rsidRDefault="00097DC9">
            <w:pPr>
              <w:keepNext/>
              <w:keepLines/>
              <w:spacing w:after="0"/>
            </w:pPr>
            <w:r>
              <w:t>Break 11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1DE5C3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6E4954A6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3DEC0D" w14:textId="77777777" w:rsidR="00345E02" w:rsidRDefault="00097DC9">
            <w:pPr>
              <w:keepNext/>
              <w:keepLines/>
              <w:spacing w:after="0"/>
            </w:pPr>
            <w:r>
              <w:t>Break 12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957228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0684F0AD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4168A2" w14:textId="77777777" w:rsidR="00345E02" w:rsidRDefault="00097DC9">
            <w:pPr>
              <w:keepNext/>
              <w:keepLines/>
              <w:spacing w:after="0"/>
            </w:pPr>
            <w:r>
              <w:t>Break 13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57B9EF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5FD85BBA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11D139" w14:textId="77777777" w:rsidR="00345E02" w:rsidRDefault="00097DC9">
            <w:pPr>
              <w:keepNext/>
              <w:keepLines/>
              <w:spacing w:after="0"/>
            </w:pPr>
            <w:r>
              <w:t>Break 14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945047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240BE8B9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43E7A8" w14:textId="77777777" w:rsidR="00345E02" w:rsidRDefault="00097DC9">
            <w:pPr>
              <w:keepLines/>
              <w:spacing w:after="0"/>
            </w:pPr>
            <w:r>
              <w:t>Break 15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1ADFE3" w14:textId="77777777" w:rsidR="00345E02" w:rsidRDefault="00097DC9">
            <w:pPr>
              <w:keepLines/>
              <w:spacing w:after="0"/>
            </w:pPr>
            <w:r>
              <w:t>1 x 60 LOCAL</w:t>
            </w:r>
          </w:p>
        </w:tc>
      </w:tr>
    </w:tbl>
    <w:p w14:paraId="77EBD234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743A9632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EBFC4B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t>Friday 08/07/2026, 4:30 AM – 6:00 AM, USA Swimming, National Championships - Day 4 (Repeat)</w:t>
            </w:r>
          </w:p>
        </w:tc>
      </w:tr>
      <w:tr w:rsidR="00345E02" w14:paraId="269D77E6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A0EAE9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60B21A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47CD6991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0D6DFA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40C4DE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34E9FAEE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57C641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5D78A3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4EB67C31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4C3DBA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E8C40F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76FF16DD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C750AC" w14:textId="77777777" w:rsidR="00345E02" w:rsidRDefault="00097DC9">
            <w:pPr>
              <w:keepLines/>
              <w:spacing w:after="0"/>
            </w:pPr>
            <w:r>
              <w:t>Break 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6EAD66" w14:textId="77777777" w:rsidR="00345E02" w:rsidRDefault="00097DC9">
            <w:pPr>
              <w:keepLines/>
              <w:spacing w:after="0"/>
            </w:pPr>
            <w:r>
              <w:t>1 x 60 LOCAL</w:t>
            </w:r>
          </w:p>
        </w:tc>
      </w:tr>
    </w:tbl>
    <w:p w14:paraId="331D2362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494C21D4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E32D41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t>Saturday 08/08/2026, 6:00 AM – 7:30 AM, USA Swimming, National Championships - Day 5 (Repeat)</w:t>
            </w:r>
          </w:p>
        </w:tc>
      </w:tr>
      <w:tr w:rsidR="00345E02" w14:paraId="121ED746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BAAEBE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CE51A3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395D5911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35520D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998A59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56E3091D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2EA7C2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E69B5D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1504DCC1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E17E91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C16323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715B0FF8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95A3F0" w14:textId="77777777" w:rsidR="00345E02" w:rsidRDefault="00097DC9">
            <w:pPr>
              <w:keepLines/>
              <w:spacing w:after="0"/>
            </w:pPr>
            <w:r>
              <w:t>Break 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BF277F" w14:textId="77777777" w:rsidR="00345E02" w:rsidRDefault="00097DC9">
            <w:pPr>
              <w:keepLines/>
              <w:spacing w:after="0"/>
            </w:pPr>
            <w:r>
              <w:t>1 x 60 LOCAL</w:t>
            </w:r>
          </w:p>
        </w:tc>
      </w:tr>
    </w:tbl>
    <w:p w14:paraId="4D809F52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1D181456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6CDAF0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lastRenderedPageBreak/>
              <w:t>Saturday 08/08/2026, 9:30 AM – 12:30 PM, Tour de France Femmes, Stage 8 (Premiere)</w:t>
            </w:r>
          </w:p>
        </w:tc>
      </w:tr>
      <w:tr w:rsidR="00345E02" w14:paraId="76A42193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D0F757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ADA51D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3C03275A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A8EEA7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D84607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02C827A8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0972FF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8D8F87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37E8DFFE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A603F0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F1F8F7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770FDD20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E5D8F4" w14:textId="77777777" w:rsidR="00345E02" w:rsidRDefault="00097DC9">
            <w:pPr>
              <w:keepNext/>
              <w:keepLines/>
              <w:spacing w:after="0"/>
            </w:pPr>
            <w:r>
              <w:t>Break 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C105FF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61E7C739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A31E7E" w14:textId="77777777" w:rsidR="00345E02" w:rsidRDefault="00097DC9">
            <w:pPr>
              <w:keepNext/>
              <w:keepLines/>
              <w:spacing w:after="0"/>
            </w:pPr>
            <w:r>
              <w:t>Break 6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D5AA02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2D41A434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D2ADE7" w14:textId="77777777" w:rsidR="00345E02" w:rsidRDefault="00097DC9">
            <w:pPr>
              <w:keepNext/>
              <w:keepLines/>
              <w:spacing w:after="0"/>
            </w:pPr>
            <w:r>
              <w:t>Break 7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662261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14B189AD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4524E0" w14:textId="77777777" w:rsidR="00345E02" w:rsidRDefault="00097DC9">
            <w:pPr>
              <w:keepNext/>
              <w:keepLines/>
              <w:spacing w:after="0"/>
            </w:pPr>
            <w:r>
              <w:t>Break 8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A471E0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0D598C12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FB6984" w14:textId="77777777" w:rsidR="00345E02" w:rsidRDefault="00097DC9">
            <w:pPr>
              <w:keepNext/>
              <w:keepLines/>
              <w:spacing w:after="0"/>
            </w:pPr>
            <w:r>
              <w:t>Break 9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0BEB95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37E2FA03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5F5951" w14:textId="77777777" w:rsidR="00345E02" w:rsidRDefault="00097DC9">
            <w:pPr>
              <w:keepLines/>
              <w:spacing w:after="0"/>
            </w:pPr>
            <w:r>
              <w:t>Break 10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F25CE8" w14:textId="77777777" w:rsidR="00345E02" w:rsidRDefault="00097DC9">
            <w:pPr>
              <w:keepLines/>
              <w:spacing w:after="0"/>
            </w:pPr>
            <w:r>
              <w:t>1 x 60 LOCAL</w:t>
            </w:r>
          </w:p>
        </w:tc>
      </w:tr>
    </w:tbl>
    <w:p w14:paraId="199E14BE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53FA4A9C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8E73B8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t>Saturday 08/08/2026, 5:00 PM – 8:00 PM, U.S. Gymnastics Championships - Men Day 1 (Repeat)</w:t>
            </w:r>
          </w:p>
        </w:tc>
      </w:tr>
      <w:tr w:rsidR="00345E02" w14:paraId="30E5D411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0D2AAC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2AE6D2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15F8F39A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05587A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204B62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7BBF4C7D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A61E4F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E57B7E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59C6073A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E64EB1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65E319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046B93B1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103169" w14:textId="77777777" w:rsidR="00345E02" w:rsidRDefault="00097DC9">
            <w:pPr>
              <w:keepNext/>
              <w:keepLines/>
              <w:spacing w:after="0"/>
            </w:pPr>
            <w:r>
              <w:t>Break 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444DDB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6D4F445F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0DAB91" w14:textId="77777777" w:rsidR="00345E02" w:rsidRDefault="00097DC9">
            <w:pPr>
              <w:keepNext/>
              <w:keepLines/>
              <w:spacing w:after="0"/>
            </w:pPr>
            <w:r>
              <w:t>Break 6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7BB157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09D393C4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FEF4B0" w14:textId="77777777" w:rsidR="00345E02" w:rsidRDefault="00097DC9">
            <w:pPr>
              <w:keepNext/>
              <w:keepLines/>
              <w:spacing w:after="0"/>
            </w:pPr>
            <w:r>
              <w:t>Break 7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FDC74D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16B50C78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D881ED" w14:textId="77777777" w:rsidR="00345E02" w:rsidRDefault="00097DC9">
            <w:pPr>
              <w:keepNext/>
              <w:keepLines/>
              <w:spacing w:after="0"/>
            </w:pPr>
            <w:r>
              <w:t>Break 8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FD0BA8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215522CD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AC024E" w14:textId="77777777" w:rsidR="00345E02" w:rsidRDefault="00097DC9">
            <w:pPr>
              <w:keepNext/>
              <w:keepLines/>
              <w:spacing w:after="0"/>
            </w:pPr>
            <w:r>
              <w:t>Break 9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E13257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0842D89E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24DB3A" w14:textId="77777777" w:rsidR="00345E02" w:rsidRDefault="00097DC9">
            <w:pPr>
              <w:keepNext/>
              <w:keepLines/>
              <w:spacing w:after="0"/>
            </w:pPr>
            <w:r>
              <w:t>Break 10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FB2838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6261E466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7CEAF0" w14:textId="77777777" w:rsidR="00345E02" w:rsidRDefault="00097DC9">
            <w:pPr>
              <w:keepNext/>
              <w:keepLines/>
              <w:spacing w:after="0"/>
            </w:pPr>
            <w:r>
              <w:t>Break 11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4D9BE1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6BBA38D4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83F8D7" w14:textId="77777777" w:rsidR="00345E02" w:rsidRDefault="00097DC9">
            <w:pPr>
              <w:keepNext/>
              <w:keepLines/>
              <w:spacing w:after="0"/>
            </w:pPr>
            <w:r>
              <w:t>Break 12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EE3D80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6FE63E51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231B58" w14:textId="77777777" w:rsidR="00345E02" w:rsidRDefault="00097DC9">
            <w:pPr>
              <w:keepNext/>
              <w:keepLines/>
              <w:spacing w:after="0"/>
            </w:pPr>
            <w:r>
              <w:t>Break 13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DCE265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6D37FBA6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F18C8E" w14:textId="77777777" w:rsidR="00345E02" w:rsidRDefault="00097DC9">
            <w:pPr>
              <w:keepNext/>
              <w:keepLines/>
              <w:spacing w:after="0"/>
            </w:pPr>
            <w:r>
              <w:t>Break 14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AA096A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070BBAAC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BE0ED6" w14:textId="77777777" w:rsidR="00345E02" w:rsidRDefault="00097DC9">
            <w:pPr>
              <w:keepLines/>
              <w:spacing w:after="0"/>
            </w:pPr>
            <w:r>
              <w:t>Break 15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4BE136" w14:textId="77777777" w:rsidR="00345E02" w:rsidRDefault="00097DC9">
            <w:pPr>
              <w:keepLines/>
              <w:spacing w:after="0"/>
            </w:pPr>
            <w:r>
              <w:t>1 x 60 LOCAL</w:t>
            </w:r>
          </w:p>
        </w:tc>
      </w:tr>
    </w:tbl>
    <w:p w14:paraId="68051B3E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5645F0B7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F313A9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lastRenderedPageBreak/>
              <w:t>Saturday 08/08/2026, 10:00 PM – 1:00 AM, Tour de France Femmes, Stage 8 (Premiere)</w:t>
            </w:r>
          </w:p>
        </w:tc>
      </w:tr>
      <w:tr w:rsidR="00345E02" w14:paraId="278200AA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3090C5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2EABCF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77DBF8E4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6032C7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88DEE7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6CFAFC5E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E82CC7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0AA224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4B1C6B4F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B09251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EA1B0B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52FB02D5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4D8846" w14:textId="77777777" w:rsidR="00345E02" w:rsidRDefault="00097DC9">
            <w:pPr>
              <w:keepNext/>
              <w:keepLines/>
              <w:spacing w:after="0"/>
            </w:pPr>
            <w:r>
              <w:t>Break 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719F59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319FD5D7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A875A2" w14:textId="77777777" w:rsidR="00345E02" w:rsidRDefault="00097DC9">
            <w:pPr>
              <w:keepNext/>
              <w:keepLines/>
              <w:spacing w:after="0"/>
            </w:pPr>
            <w:r>
              <w:t>Break 6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B56993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4C266442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DB74BE" w14:textId="77777777" w:rsidR="00345E02" w:rsidRDefault="00097DC9">
            <w:pPr>
              <w:keepNext/>
              <w:keepLines/>
              <w:spacing w:after="0"/>
            </w:pPr>
            <w:r>
              <w:t>Break 7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1A7C7C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6C015CDF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E10F31" w14:textId="77777777" w:rsidR="00345E02" w:rsidRDefault="00097DC9">
            <w:pPr>
              <w:keepNext/>
              <w:keepLines/>
              <w:spacing w:after="0"/>
            </w:pPr>
            <w:r>
              <w:t>Break 8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10B521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6C33D9B6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54C576" w14:textId="77777777" w:rsidR="00345E02" w:rsidRDefault="00097DC9">
            <w:pPr>
              <w:keepNext/>
              <w:keepLines/>
              <w:spacing w:after="0"/>
            </w:pPr>
            <w:r>
              <w:t>Break 9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27E974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6DEE34B4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33FB67" w14:textId="77777777" w:rsidR="00345E02" w:rsidRDefault="00097DC9">
            <w:pPr>
              <w:keepLines/>
              <w:spacing w:after="0"/>
            </w:pPr>
            <w:r>
              <w:t>Break 10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4061A2" w14:textId="77777777" w:rsidR="00345E02" w:rsidRDefault="00097DC9">
            <w:pPr>
              <w:keepLines/>
              <w:spacing w:after="0"/>
            </w:pPr>
            <w:r>
              <w:t>1 x 60 LOCAL</w:t>
            </w:r>
          </w:p>
        </w:tc>
      </w:tr>
    </w:tbl>
    <w:p w14:paraId="6668C7B6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2DDDD904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C287BA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t>Sunday 08/09/2026, 6:30 AM – 9:30 AM, Tour de France Femmes, Stage 8 (Repeat)</w:t>
            </w:r>
          </w:p>
        </w:tc>
      </w:tr>
      <w:tr w:rsidR="00345E02" w14:paraId="56794169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DB3E41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F00840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43E7F0FA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CF41E6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1FC57C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65653AAE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1472E0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87BCDE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753116C0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892197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DA8BC6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2DCC2BEE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42AC32" w14:textId="77777777" w:rsidR="00345E02" w:rsidRDefault="00097DC9">
            <w:pPr>
              <w:keepNext/>
              <w:keepLines/>
              <w:spacing w:after="0"/>
            </w:pPr>
            <w:r>
              <w:t>Break 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D50275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5BD7B37E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BE12BF" w14:textId="77777777" w:rsidR="00345E02" w:rsidRDefault="00097DC9">
            <w:pPr>
              <w:keepNext/>
              <w:keepLines/>
              <w:spacing w:after="0"/>
            </w:pPr>
            <w:r>
              <w:t>Break 6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E1CF39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565D6D1D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0DD74A" w14:textId="77777777" w:rsidR="00345E02" w:rsidRDefault="00097DC9">
            <w:pPr>
              <w:keepNext/>
              <w:keepLines/>
              <w:spacing w:after="0"/>
            </w:pPr>
            <w:r>
              <w:t>Break 7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092F04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76932EEF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2FE85F" w14:textId="77777777" w:rsidR="00345E02" w:rsidRDefault="00097DC9">
            <w:pPr>
              <w:keepNext/>
              <w:keepLines/>
              <w:spacing w:after="0"/>
            </w:pPr>
            <w:r>
              <w:t>Break 8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F26180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15CFC18C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7C72F3" w14:textId="77777777" w:rsidR="00345E02" w:rsidRDefault="00097DC9">
            <w:pPr>
              <w:keepNext/>
              <w:keepLines/>
              <w:spacing w:after="0"/>
            </w:pPr>
            <w:r>
              <w:t>Break 9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528BF3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0822E6EF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40CA49" w14:textId="77777777" w:rsidR="00345E02" w:rsidRDefault="00097DC9">
            <w:pPr>
              <w:keepLines/>
              <w:spacing w:after="0"/>
            </w:pPr>
            <w:r>
              <w:t>Break 10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9D35B9" w14:textId="77777777" w:rsidR="00345E02" w:rsidRDefault="00097DC9">
            <w:pPr>
              <w:keepLines/>
              <w:spacing w:after="0"/>
            </w:pPr>
            <w:r>
              <w:t>1 x 60 LOCAL</w:t>
            </w:r>
          </w:p>
        </w:tc>
      </w:tr>
    </w:tbl>
    <w:p w14:paraId="3E020184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37CE1CD3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01029C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lastRenderedPageBreak/>
              <w:t>Sunday 08/09/2026, 9:30 AM – 12:00 PM, Tour de France Femmes, Stage 9 (Premiere)</w:t>
            </w:r>
          </w:p>
        </w:tc>
      </w:tr>
      <w:tr w:rsidR="00345E02" w14:paraId="5CD95123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3491C2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C8A7C6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41F1D8EF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0A8F72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2DD92F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026C6132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1C2223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568656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20E97740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D96760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5F87CC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5B24A728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90996F" w14:textId="77777777" w:rsidR="00345E02" w:rsidRDefault="00097DC9">
            <w:pPr>
              <w:keepNext/>
              <w:keepLines/>
              <w:spacing w:after="0"/>
            </w:pPr>
            <w:r>
              <w:t>Break 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5B003B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6FD71697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2D8D90" w14:textId="77777777" w:rsidR="00345E02" w:rsidRDefault="00097DC9">
            <w:pPr>
              <w:keepNext/>
              <w:keepLines/>
              <w:spacing w:after="0"/>
            </w:pPr>
            <w:r>
              <w:t>Break 6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9C9398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4A272CFE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8AA01C" w14:textId="77777777" w:rsidR="00345E02" w:rsidRDefault="00097DC9">
            <w:pPr>
              <w:keepNext/>
              <w:keepLines/>
              <w:spacing w:after="0"/>
            </w:pPr>
            <w:r>
              <w:t>Break 7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2D1263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06EAB9F4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F5DB9F" w14:textId="77777777" w:rsidR="00345E02" w:rsidRDefault="00097DC9">
            <w:pPr>
              <w:keepNext/>
              <w:keepLines/>
              <w:spacing w:after="0"/>
            </w:pPr>
            <w:r>
              <w:t>Break 8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F74A51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453ACF63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EC85C7" w14:textId="77777777" w:rsidR="00345E02" w:rsidRDefault="00097DC9">
            <w:pPr>
              <w:keepNext/>
              <w:keepLines/>
              <w:spacing w:after="0"/>
            </w:pPr>
            <w:r>
              <w:t>Break 9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D526B6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158A76BC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32D670" w14:textId="77777777" w:rsidR="00345E02" w:rsidRDefault="00097DC9">
            <w:pPr>
              <w:keepNext/>
              <w:keepLines/>
              <w:spacing w:after="0"/>
            </w:pPr>
            <w:r>
              <w:t>Break 10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597FD9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066E666F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F9C809" w14:textId="77777777" w:rsidR="00345E02" w:rsidRDefault="00097DC9">
            <w:pPr>
              <w:keepNext/>
              <w:keepLines/>
              <w:spacing w:after="0"/>
            </w:pPr>
            <w:r>
              <w:t>Break 11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7BF4E2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0F882BB3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5C6C1E" w14:textId="77777777" w:rsidR="00345E02" w:rsidRDefault="00097DC9">
            <w:pPr>
              <w:keepNext/>
              <w:keepLines/>
              <w:spacing w:after="0"/>
            </w:pPr>
            <w:r>
              <w:t>Break 12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AC92C9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16DBE88F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011D1C" w14:textId="77777777" w:rsidR="00345E02" w:rsidRDefault="00097DC9">
            <w:pPr>
              <w:keepNext/>
              <w:keepLines/>
              <w:spacing w:after="0"/>
            </w:pPr>
            <w:r>
              <w:t>Break 13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C6A606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0C7FC451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756828" w14:textId="77777777" w:rsidR="00345E02" w:rsidRDefault="00097DC9">
            <w:pPr>
              <w:keepNext/>
              <w:keepLines/>
              <w:spacing w:after="0"/>
            </w:pPr>
            <w:r>
              <w:t>Break 14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296E77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12C62982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9B1F49" w14:textId="77777777" w:rsidR="00345E02" w:rsidRDefault="00097DC9">
            <w:pPr>
              <w:keepLines/>
              <w:spacing w:after="0"/>
            </w:pPr>
            <w:r>
              <w:t>Break 15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0BEE6B" w14:textId="77777777" w:rsidR="00345E02" w:rsidRDefault="00097DC9">
            <w:pPr>
              <w:keepLines/>
              <w:spacing w:after="0"/>
            </w:pPr>
            <w:r>
              <w:t>1 x 60 LOCAL</w:t>
            </w:r>
          </w:p>
        </w:tc>
      </w:tr>
    </w:tbl>
    <w:p w14:paraId="57332143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318FC76A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8FFAA7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lastRenderedPageBreak/>
              <w:t>Sunday 08/09/2026, 5:00 PM – 8:00 PM, U.S. Gymnastics Championships - Men Day 1 (Repeat)</w:t>
            </w:r>
          </w:p>
        </w:tc>
      </w:tr>
      <w:tr w:rsidR="00345E02" w14:paraId="62C2B0B6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E1F2D0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2D1671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3D0C8209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0210C7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4A9A42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46E786CB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E5659E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7829C7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11F86549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2AE8DF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3485A8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40631309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5260B0" w14:textId="77777777" w:rsidR="00345E02" w:rsidRDefault="00097DC9">
            <w:pPr>
              <w:keepNext/>
              <w:keepLines/>
              <w:spacing w:after="0"/>
            </w:pPr>
            <w:r>
              <w:t>Break 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53F822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17B7F7C2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DE07AD" w14:textId="77777777" w:rsidR="00345E02" w:rsidRDefault="00097DC9">
            <w:pPr>
              <w:keepNext/>
              <w:keepLines/>
              <w:spacing w:after="0"/>
            </w:pPr>
            <w:r>
              <w:t>Break 6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D955A8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45EA65F1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A88C45" w14:textId="77777777" w:rsidR="00345E02" w:rsidRDefault="00097DC9">
            <w:pPr>
              <w:keepNext/>
              <w:keepLines/>
              <w:spacing w:after="0"/>
            </w:pPr>
            <w:r>
              <w:t>Break 7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19EEC8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0137FDC6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55AEFC" w14:textId="77777777" w:rsidR="00345E02" w:rsidRDefault="00097DC9">
            <w:pPr>
              <w:keepNext/>
              <w:keepLines/>
              <w:spacing w:after="0"/>
            </w:pPr>
            <w:r>
              <w:t>Break 8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26CA9F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2B7154D1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0F3765" w14:textId="77777777" w:rsidR="00345E02" w:rsidRDefault="00097DC9">
            <w:pPr>
              <w:keepNext/>
              <w:keepLines/>
              <w:spacing w:after="0"/>
            </w:pPr>
            <w:r>
              <w:t>Break 9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CD0CD0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354CF88C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CF93D1" w14:textId="77777777" w:rsidR="00345E02" w:rsidRDefault="00097DC9">
            <w:pPr>
              <w:keepNext/>
              <w:keepLines/>
              <w:spacing w:after="0"/>
            </w:pPr>
            <w:r>
              <w:t>Break 10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66941C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71EE215A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E7EECB" w14:textId="77777777" w:rsidR="00345E02" w:rsidRDefault="00097DC9">
            <w:pPr>
              <w:keepNext/>
              <w:keepLines/>
              <w:spacing w:after="0"/>
            </w:pPr>
            <w:r>
              <w:t>Break 11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C0DD14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59BEDC19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8278C6" w14:textId="77777777" w:rsidR="00345E02" w:rsidRDefault="00097DC9">
            <w:pPr>
              <w:keepNext/>
              <w:keepLines/>
              <w:spacing w:after="0"/>
            </w:pPr>
            <w:r>
              <w:t>Break 12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60202B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3501CB57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0E9A0E" w14:textId="77777777" w:rsidR="00345E02" w:rsidRDefault="00097DC9">
            <w:pPr>
              <w:keepNext/>
              <w:keepLines/>
              <w:spacing w:after="0"/>
            </w:pPr>
            <w:r>
              <w:t>Break 13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38BEEF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49BE70FF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E28D77" w14:textId="77777777" w:rsidR="00345E02" w:rsidRDefault="00097DC9">
            <w:pPr>
              <w:keepNext/>
              <w:keepLines/>
              <w:spacing w:after="0"/>
            </w:pPr>
            <w:r>
              <w:t>Break 14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59E54C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6A1AE2BD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01BF0E" w14:textId="77777777" w:rsidR="00345E02" w:rsidRDefault="00097DC9">
            <w:pPr>
              <w:keepLines/>
              <w:spacing w:after="0"/>
            </w:pPr>
            <w:r>
              <w:t>Break 15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0B3C74" w14:textId="77777777" w:rsidR="00345E02" w:rsidRDefault="00097DC9">
            <w:pPr>
              <w:keepLines/>
              <w:spacing w:after="0"/>
            </w:pPr>
            <w:r>
              <w:t>1 x 60 LOCAL</w:t>
            </w:r>
          </w:p>
        </w:tc>
      </w:tr>
    </w:tbl>
    <w:p w14:paraId="24795A22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77A9C6B9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838C49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lastRenderedPageBreak/>
              <w:t>Tuesday 08/11/2026, 9:30 PM – 12:30 AM, U.S. Gymnastics Championships - Men Day 1 (Repeat)</w:t>
            </w:r>
          </w:p>
        </w:tc>
      </w:tr>
      <w:tr w:rsidR="00345E02" w14:paraId="351672BC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39B13A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50C807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30A0F8B2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3C66FF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48102A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56B796D2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718B8C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034D41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08904F1B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21D8D2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87C4A9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234630B4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376BC5" w14:textId="77777777" w:rsidR="00345E02" w:rsidRDefault="00097DC9">
            <w:pPr>
              <w:keepNext/>
              <w:keepLines/>
              <w:spacing w:after="0"/>
            </w:pPr>
            <w:r>
              <w:t>Break 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2E1772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4B7BA1BA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C73D62" w14:textId="77777777" w:rsidR="00345E02" w:rsidRDefault="00097DC9">
            <w:pPr>
              <w:keepNext/>
              <w:keepLines/>
              <w:spacing w:after="0"/>
            </w:pPr>
            <w:r>
              <w:t>Break 6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8ACA32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272623ED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F833EF" w14:textId="77777777" w:rsidR="00345E02" w:rsidRDefault="00097DC9">
            <w:pPr>
              <w:keepNext/>
              <w:keepLines/>
              <w:spacing w:after="0"/>
            </w:pPr>
            <w:r>
              <w:t>Break 7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ED5016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3A4AD073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3CFCF5" w14:textId="77777777" w:rsidR="00345E02" w:rsidRDefault="00097DC9">
            <w:pPr>
              <w:keepNext/>
              <w:keepLines/>
              <w:spacing w:after="0"/>
            </w:pPr>
            <w:r>
              <w:t>Break 8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C1363F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5C2D9589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2BA324" w14:textId="77777777" w:rsidR="00345E02" w:rsidRDefault="00097DC9">
            <w:pPr>
              <w:keepNext/>
              <w:keepLines/>
              <w:spacing w:after="0"/>
            </w:pPr>
            <w:r>
              <w:t>Break 9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1E9457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1499B05E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CE90FE" w14:textId="77777777" w:rsidR="00345E02" w:rsidRDefault="00097DC9">
            <w:pPr>
              <w:keepNext/>
              <w:keepLines/>
              <w:spacing w:after="0"/>
            </w:pPr>
            <w:r>
              <w:t>Break 10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9D5384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322F9D77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0FCF93" w14:textId="77777777" w:rsidR="00345E02" w:rsidRDefault="00097DC9">
            <w:pPr>
              <w:keepNext/>
              <w:keepLines/>
              <w:spacing w:after="0"/>
            </w:pPr>
            <w:r>
              <w:t>Break 11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9B3AE7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7B06E1B7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B8A722" w14:textId="77777777" w:rsidR="00345E02" w:rsidRDefault="00097DC9">
            <w:pPr>
              <w:keepNext/>
              <w:keepLines/>
              <w:spacing w:after="0"/>
            </w:pPr>
            <w:r>
              <w:t>Break 12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F0B971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4E86448E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0E1620" w14:textId="77777777" w:rsidR="00345E02" w:rsidRDefault="00097DC9">
            <w:pPr>
              <w:keepNext/>
              <w:keepLines/>
              <w:spacing w:after="0"/>
            </w:pPr>
            <w:r>
              <w:t>Break 13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73B227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3DBE5463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00D2E2" w14:textId="77777777" w:rsidR="00345E02" w:rsidRDefault="00097DC9">
            <w:pPr>
              <w:keepNext/>
              <w:keepLines/>
              <w:spacing w:after="0"/>
            </w:pPr>
            <w:r>
              <w:t>Break 14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A6D822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607F6B8D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B8311B" w14:textId="77777777" w:rsidR="00345E02" w:rsidRDefault="00097DC9">
            <w:pPr>
              <w:keepLines/>
              <w:spacing w:after="0"/>
            </w:pPr>
            <w:r>
              <w:t>Break 15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40BC2A" w14:textId="77777777" w:rsidR="00345E02" w:rsidRDefault="00097DC9">
            <w:pPr>
              <w:keepLines/>
              <w:spacing w:after="0"/>
            </w:pPr>
            <w:r>
              <w:t>1 x 60 LOCAL</w:t>
            </w:r>
          </w:p>
        </w:tc>
      </w:tr>
    </w:tbl>
    <w:p w14:paraId="134DE754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3891CA16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B03298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lastRenderedPageBreak/>
              <w:t>Saturday 08/15/2026, 7:30 AM – 10:30 AM, U.S. Gymnastics Championships - Men Day 1 (Repeat)</w:t>
            </w:r>
          </w:p>
        </w:tc>
      </w:tr>
      <w:tr w:rsidR="00345E02" w14:paraId="3E26D842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0271CD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D4AE13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59C94AC7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432F25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74901B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592DBAE9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468E96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D8BF40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709013EB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68737B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2312AC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16591A78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590A7E" w14:textId="77777777" w:rsidR="00345E02" w:rsidRDefault="00097DC9">
            <w:pPr>
              <w:keepNext/>
              <w:keepLines/>
              <w:spacing w:after="0"/>
            </w:pPr>
            <w:r>
              <w:t>Break 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F461D0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32CE038A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592005" w14:textId="77777777" w:rsidR="00345E02" w:rsidRDefault="00097DC9">
            <w:pPr>
              <w:keepNext/>
              <w:keepLines/>
              <w:spacing w:after="0"/>
            </w:pPr>
            <w:r>
              <w:t>Break 6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2E4306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31CD21FB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6A8E1D" w14:textId="77777777" w:rsidR="00345E02" w:rsidRDefault="00097DC9">
            <w:pPr>
              <w:keepNext/>
              <w:keepLines/>
              <w:spacing w:after="0"/>
            </w:pPr>
            <w:r>
              <w:t>Break 7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DAC53B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052D2F94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9D60D8" w14:textId="77777777" w:rsidR="00345E02" w:rsidRDefault="00097DC9">
            <w:pPr>
              <w:keepNext/>
              <w:keepLines/>
              <w:spacing w:after="0"/>
            </w:pPr>
            <w:r>
              <w:t>Break 8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98FCF6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4D25DE83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86FBCF" w14:textId="77777777" w:rsidR="00345E02" w:rsidRDefault="00097DC9">
            <w:pPr>
              <w:keepNext/>
              <w:keepLines/>
              <w:spacing w:after="0"/>
            </w:pPr>
            <w:r>
              <w:t>Break 9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771323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2325FFF5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D6154A" w14:textId="77777777" w:rsidR="00345E02" w:rsidRDefault="00097DC9">
            <w:pPr>
              <w:keepNext/>
              <w:keepLines/>
              <w:spacing w:after="0"/>
            </w:pPr>
            <w:r>
              <w:t>Break 10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FB9F95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6879C2E3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D911FB" w14:textId="77777777" w:rsidR="00345E02" w:rsidRDefault="00097DC9">
            <w:pPr>
              <w:keepNext/>
              <w:keepLines/>
              <w:spacing w:after="0"/>
            </w:pPr>
            <w:r>
              <w:t>Break 11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937199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2FC57243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36632C" w14:textId="77777777" w:rsidR="00345E02" w:rsidRDefault="00097DC9">
            <w:pPr>
              <w:keepNext/>
              <w:keepLines/>
              <w:spacing w:after="0"/>
            </w:pPr>
            <w:r>
              <w:t>Break 12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874742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4774E2A6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BD5286" w14:textId="77777777" w:rsidR="00345E02" w:rsidRDefault="00097DC9">
            <w:pPr>
              <w:keepNext/>
              <w:keepLines/>
              <w:spacing w:after="0"/>
            </w:pPr>
            <w:r>
              <w:t>Break 13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13C4E2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3E76462A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27DE42" w14:textId="77777777" w:rsidR="00345E02" w:rsidRDefault="00097DC9">
            <w:pPr>
              <w:keepNext/>
              <w:keepLines/>
              <w:spacing w:after="0"/>
            </w:pPr>
            <w:r>
              <w:t>Break 14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866FA8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2819CFA1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6E93B2" w14:textId="77777777" w:rsidR="00345E02" w:rsidRDefault="00097DC9">
            <w:pPr>
              <w:keepLines/>
              <w:spacing w:after="0"/>
            </w:pPr>
            <w:r>
              <w:t>Break 15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24F6B8" w14:textId="77777777" w:rsidR="00345E02" w:rsidRDefault="00097DC9">
            <w:pPr>
              <w:keepLines/>
              <w:spacing w:after="0"/>
            </w:pPr>
            <w:r>
              <w:t>1 x 60 LOCAL</w:t>
            </w:r>
          </w:p>
        </w:tc>
      </w:tr>
    </w:tbl>
    <w:p w14:paraId="013F24B7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60F09666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70300F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t>Saturday 08/15/2026, 10:00 AM – 11:00 AM, Pro Motocross, Race Day Live - Unadilla (Premiere)</w:t>
            </w:r>
          </w:p>
        </w:tc>
      </w:tr>
      <w:tr w:rsidR="00345E02" w14:paraId="5DA640B1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C6C277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1F08ED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0F022B19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0CA2E9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D2B1F7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57E651DF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3C13CE" w14:textId="77777777" w:rsidR="00345E02" w:rsidRDefault="00097DC9">
            <w:pPr>
              <w:keepLines/>
              <w:spacing w:after="0"/>
            </w:pPr>
            <w:r>
              <w:t>Break 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D0A8BD" w14:textId="77777777" w:rsidR="00345E02" w:rsidRDefault="00097DC9">
            <w:pPr>
              <w:keepLines/>
              <w:spacing w:after="0"/>
            </w:pPr>
            <w:r>
              <w:t>1 x 60 LOCAL</w:t>
            </w:r>
          </w:p>
        </w:tc>
      </w:tr>
    </w:tbl>
    <w:p w14:paraId="39DFB17A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390B1196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A86A83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lastRenderedPageBreak/>
              <w:t>Saturday 08/15/2026, 1:00 PM – 6:00 PM, Pro Motocross, Unadilla (Premiere)</w:t>
            </w:r>
          </w:p>
        </w:tc>
      </w:tr>
      <w:tr w:rsidR="00345E02" w14:paraId="0A3C6572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AE73D7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9F02D4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595BB1F1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0C8581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6A7D74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274EBF95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C64C7C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B70F409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433EEF7A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188775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113C31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2B65197B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7606B1" w14:textId="77777777" w:rsidR="00345E02" w:rsidRDefault="00097DC9">
            <w:pPr>
              <w:keepNext/>
              <w:keepLines/>
              <w:spacing w:after="0"/>
            </w:pPr>
            <w:r>
              <w:t>Break 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EB994E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02F13013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8F5CD9" w14:textId="77777777" w:rsidR="00345E02" w:rsidRDefault="00097DC9">
            <w:pPr>
              <w:keepNext/>
              <w:keepLines/>
              <w:spacing w:after="0"/>
            </w:pPr>
            <w:r>
              <w:t>Break 6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E9D083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163FAEFB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CDED64" w14:textId="77777777" w:rsidR="00345E02" w:rsidRDefault="00097DC9">
            <w:pPr>
              <w:keepNext/>
              <w:keepLines/>
              <w:spacing w:after="0"/>
            </w:pPr>
            <w:r>
              <w:t>Break 7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1900C6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678679DC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28A130" w14:textId="77777777" w:rsidR="00345E02" w:rsidRDefault="00097DC9">
            <w:pPr>
              <w:keepNext/>
              <w:keepLines/>
              <w:spacing w:after="0"/>
            </w:pPr>
            <w:r>
              <w:t>Break 8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BC6549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270B4058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FDCCAF" w14:textId="77777777" w:rsidR="00345E02" w:rsidRDefault="00097DC9">
            <w:pPr>
              <w:keepNext/>
              <w:keepLines/>
              <w:spacing w:after="0"/>
            </w:pPr>
            <w:r>
              <w:t>Break 9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A20E4C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555CD14A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B0356D" w14:textId="77777777" w:rsidR="00345E02" w:rsidRDefault="00097DC9">
            <w:pPr>
              <w:keepNext/>
              <w:keepLines/>
              <w:spacing w:after="0"/>
            </w:pPr>
            <w:r>
              <w:t>Break 10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FE7F0D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1B67D77F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D5ED3B" w14:textId="77777777" w:rsidR="00345E02" w:rsidRDefault="00097DC9">
            <w:pPr>
              <w:keepNext/>
              <w:keepLines/>
              <w:spacing w:after="0"/>
            </w:pPr>
            <w:r>
              <w:t>Break 11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FAD91B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7D9C2F0E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C2F22F" w14:textId="77777777" w:rsidR="00345E02" w:rsidRDefault="00097DC9">
            <w:pPr>
              <w:keepNext/>
              <w:keepLines/>
              <w:spacing w:after="0"/>
            </w:pPr>
            <w:r>
              <w:t>Break 12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D1E71D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01AC7E26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C61F06" w14:textId="77777777" w:rsidR="00345E02" w:rsidRDefault="00097DC9">
            <w:pPr>
              <w:keepLines/>
              <w:spacing w:after="0"/>
            </w:pPr>
            <w:r>
              <w:t>Break 13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A11B99" w14:textId="77777777" w:rsidR="00345E02" w:rsidRDefault="00097DC9">
            <w:pPr>
              <w:keepLines/>
              <w:spacing w:after="0"/>
            </w:pPr>
            <w:r>
              <w:t>1 x 60 LOCAL</w:t>
            </w:r>
          </w:p>
        </w:tc>
      </w:tr>
    </w:tbl>
    <w:p w14:paraId="517028CF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127F2105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DA5F19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t>Sunday 08/16/2026, 6:00 AM – 7:00 AM, Pro Motocross, Race Day Live - Unadilla (Repeat)</w:t>
            </w:r>
          </w:p>
        </w:tc>
      </w:tr>
      <w:tr w:rsidR="00345E02" w14:paraId="744274FF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22759D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06D5BC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040E6CAC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8F4376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1BE433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48771263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6BA494" w14:textId="77777777" w:rsidR="00345E02" w:rsidRDefault="00097DC9">
            <w:pPr>
              <w:keepLines/>
              <w:spacing w:after="0"/>
            </w:pPr>
            <w:r>
              <w:t>Break 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958E0C" w14:textId="77777777" w:rsidR="00345E02" w:rsidRDefault="00097DC9">
            <w:pPr>
              <w:keepLines/>
              <w:spacing w:after="0"/>
            </w:pPr>
            <w:r>
              <w:t>1 x 60 LOCAL</w:t>
            </w:r>
          </w:p>
        </w:tc>
      </w:tr>
    </w:tbl>
    <w:p w14:paraId="1B094A5E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393B6F74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76A8ED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lastRenderedPageBreak/>
              <w:t>Sunday 08/16/2026, 7:00 AM – 12:00 PM, Pro Motocross, Unadilla (Repeat)</w:t>
            </w:r>
          </w:p>
        </w:tc>
      </w:tr>
      <w:tr w:rsidR="00345E02" w14:paraId="43A5830A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82F8970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B84E6E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4A6E504C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A0EF80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10C550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74000B3D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0B6355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EE60B0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41816D27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BC120E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0D7656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47709EB7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453594" w14:textId="77777777" w:rsidR="00345E02" w:rsidRDefault="00097DC9">
            <w:pPr>
              <w:keepNext/>
              <w:keepLines/>
              <w:spacing w:after="0"/>
            </w:pPr>
            <w:r>
              <w:t>Break 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254264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782796E8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85A8A6" w14:textId="77777777" w:rsidR="00345E02" w:rsidRDefault="00097DC9">
            <w:pPr>
              <w:keepNext/>
              <w:keepLines/>
              <w:spacing w:after="0"/>
            </w:pPr>
            <w:r>
              <w:t>Break 6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A3D4CE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5AB9EC86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D54BB4" w14:textId="77777777" w:rsidR="00345E02" w:rsidRDefault="00097DC9">
            <w:pPr>
              <w:keepNext/>
              <w:keepLines/>
              <w:spacing w:after="0"/>
            </w:pPr>
            <w:r>
              <w:t>Break 7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C5F0F7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4F496608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B3C4BF" w14:textId="77777777" w:rsidR="00345E02" w:rsidRDefault="00097DC9">
            <w:pPr>
              <w:keepNext/>
              <w:keepLines/>
              <w:spacing w:after="0"/>
            </w:pPr>
            <w:r>
              <w:t>Break 8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8F94B9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7F666146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DC1F3E" w14:textId="77777777" w:rsidR="00345E02" w:rsidRDefault="00097DC9">
            <w:pPr>
              <w:keepNext/>
              <w:keepLines/>
              <w:spacing w:after="0"/>
            </w:pPr>
            <w:r>
              <w:t>Break 9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A75B4D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3A8EAA37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AEC580" w14:textId="77777777" w:rsidR="00345E02" w:rsidRDefault="00097DC9">
            <w:pPr>
              <w:keepNext/>
              <w:keepLines/>
              <w:spacing w:after="0"/>
            </w:pPr>
            <w:r>
              <w:t>Break 10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DB77C5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1BC26E33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24DE52" w14:textId="77777777" w:rsidR="00345E02" w:rsidRDefault="00097DC9">
            <w:pPr>
              <w:keepNext/>
              <w:keepLines/>
              <w:spacing w:after="0"/>
            </w:pPr>
            <w:r>
              <w:t>Break 11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719734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5C2382CE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0A58DF" w14:textId="77777777" w:rsidR="00345E02" w:rsidRDefault="00097DC9">
            <w:pPr>
              <w:keepNext/>
              <w:keepLines/>
              <w:spacing w:after="0"/>
            </w:pPr>
            <w:r>
              <w:t>Break 12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001B48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48C8CD5D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5DF705" w14:textId="77777777" w:rsidR="00345E02" w:rsidRDefault="00097DC9">
            <w:pPr>
              <w:keepLines/>
              <w:spacing w:after="0"/>
            </w:pPr>
            <w:r>
              <w:t>Break 13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DA6106" w14:textId="77777777" w:rsidR="00345E02" w:rsidRDefault="00097DC9">
            <w:pPr>
              <w:keepLines/>
              <w:spacing w:after="0"/>
            </w:pPr>
            <w:r>
              <w:t>1 x 60 LOCAL</w:t>
            </w:r>
          </w:p>
        </w:tc>
      </w:tr>
    </w:tbl>
    <w:p w14:paraId="5A7B4CBD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5D4DD3BD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3BD456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t>Tuesday 08/18/2026, 6:00 PM – 7:00 PM, Pro Motocross, Race Day Live - Unadilla (Repeat)</w:t>
            </w:r>
          </w:p>
        </w:tc>
      </w:tr>
      <w:tr w:rsidR="00345E02" w14:paraId="3D136B80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DC0D41A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95A623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3863D9C2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0FDEB9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E03526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112AF64F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A5B0FB" w14:textId="77777777" w:rsidR="00345E02" w:rsidRDefault="00097DC9">
            <w:pPr>
              <w:keepLines/>
              <w:spacing w:after="0"/>
            </w:pPr>
            <w:r>
              <w:t>Break 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836E4B" w14:textId="77777777" w:rsidR="00345E02" w:rsidRDefault="00097DC9">
            <w:pPr>
              <w:keepLines/>
              <w:spacing w:after="0"/>
            </w:pPr>
            <w:r>
              <w:t>1 x 60 LOCAL</w:t>
            </w:r>
          </w:p>
        </w:tc>
      </w:tr>
    </w:tbl>
    <w:p w14:paraId="3837FDFB" w14:textId="77777777" w:rsidR="00345E02" w:rsidRDefault="00345E02">
      <w:pPr>
        <w:spacing w:after="8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2"/>
        <w:gridCol w:w="8136"/>
      </w:tblGrid>
      <w:tr w:rsidR="00345E02" w14:paraId="34C06F64" w14:textId="77777777">
        <w:trPr>
          <w:cantSplit/>
        </w:trPr>
        <w:tc>
          <w:tcPr>
            <w:tcW w:w="103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175262" w14:textId="77777777" w:rsidR="00345E02" w:rsidRDefault="00097DC9">
            <w:pPr>
              <w:keepNext/>
              <w:keepLines/>
              <w:spacing w:after="0"/>
            </w:pPr>
            <w:r>
              <w:rPr>
                <w:b/>
              </w:rPr>
              <w:lastRenderedPageBreak/>
              <w:t>Tuesday 08/18/2026, 7:00 PM – 12:00 AM, Pro Motocross, Unadilla (Repeat)</w:t>
            </w:r>
          </w:p>
        </w:tc>
      </w:tr>
      <w:tr w:rsidR="00345E02" w14:paraId="7F73006F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7E177C" w14:textId="77777777" w:rsidR="00345E02" w:rsidRDefault="00097DC9">
            <w:pPr>
              <w:keepNext/>
              <w:keepLines/>
              <w:spacing w:after="0"/>
            </w:pPr>
            <w:r>
              <w:t>Break 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57C6D0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5157F7F8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E4B195" w14:textId="77777777" w:rsidR="00345E02" w:rsidRDefault="00097DC9">
            <w:pPr>
              <w:keepNext/>
              <w:keepLines/>
              <w:spacing w:after="0"/>
            </w:pPr>
            <w:r>
              <w:t>Break 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7DACB8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37BA6862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D0B8DD" w14:textId="77777777" w:rsidR="00345E02" w:rsidRDefault="00097DC9">
            <w:pPr>
              <w:keepNext/>
              <w:keepLines/>
              <w:spacing w:after="0"/>
            </w:pPr>
            <w:r>
              <w:t>Break 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50D2FA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7812F803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434DD9" w14:textId="77777777" w:rsidR="00345E02" w:rsidRDefault="00097DC9">
            <w:pPr>
              <w:keepNext/>
              <w:keepLines/>
              <w:spacing w:after="0"/>
            </w:pPr>
            <w:r>
              <w:t>Break 4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0E4252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2135AA20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C17C16" w14:textId="77777777" w:rsidR="00345E02" w:rsidRDefault="00097DC9">
            <w:pPr>
              <w:keepNext/>
              <w:keepLines/>
              <w:spacing w:after="0"/>
            </w:pPr>
            <w:r>
              <w:t>Break 5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C21F40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3D3B0D15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CC593B" w14:textId="77777777" w:rsidR="00345E02" w:rsidRDefault="00097DC9">
            <w:pPr>
              <w:keepNext/>
              <w:keepLines/>
              <w:spacing w:after="0"/>
            </w:pPr>
            <w:r>
              <w:t>Break 6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87EA7A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7E8F79F2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71B267" w14:textId="77777777" w:rsidR="00345E02" w:rsidRDefault="00097DC9">
            <w:pPr>
              <w:keepNext/>
              <w:keepLines/>
              <w:spacing w:after="0"/>
            </w:pPr>
            <w:r>
              <w:t>Break 7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D5CFBE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1453908D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463585" w14:textId="77777777" w:rsidR="00345E02" w:rsidRDefault="00097DC9">
            <w:pPr>
              <w:keepNext/>
              <w:keepLines/>
              <w:spacing w:after="0"/>
            </w:pPr>
            <w:r>
              <w:t>Break 8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800BDA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612929A3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DD2958" w14:textId="77777777" w:rsidR="00345E02" w:rsidRDefault="00097DC9">
            <w:pPr>
              <w:keepNext/>
              <w:keepLines/>
              <w:spacing w:after="0"/>
            </w:pPr>
            <w:r>
              <w:t>Break 9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87F0AF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127896ED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2F37AC" w14:textId="77777777" w:rsidR="00345E02" w:rsidRDefault="00097DC9">
            <w:pPr>
              <w:keepNext/>
              <w:keepLines/>
              <w:spacing w:after="0"/>
            </w:pPr>
            <w:r>
              <w:t>Break 10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7772B6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084184E7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42AE4E" w14:textId="77777777" w:rsidR="00345E02" w:rsidRDefault="00097DC9">
            <w:pPr>
              <w:keepNext/>
              <w:keepLines/>
              <w:spacing w:after="0"/>
            </w:pPr>
            <w:r>
              <w:t>Break 11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25C69F" w14:textId="77777777" w:rsidR="00345E02" w:rsidRDefault="00345E02">
            <w:pPr>
              <w:keepNext/>
              <w:keepLines/>
              <w:spacing w:after="0"/>
            </w:pPr>
          </w:p>
        </w:tc>
      </w:tr>
      <w:tr w:rsidR="00345E02" w14:paraId="51A0A82B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943BCD" w14:textId="77777777" w:rsidR="00345E02" w:rsidRDefault="00097DC9">
            <w:pPr>
              <w:keepNext/>
              <w:keepLines/>
              <w:spacing w:after="0"/>
            </w:pPr>
            <w:r>
              <w:t>Break 12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C715EA" w14:textId="77777777" w:rsidR="00345E02" w:rsidRDefault="00097DC9">
            <w:pPr>
              <w:keepNext/>
              <w:keepLines/>
              <w:spacing w:after="0"/>
            </w:pPr>
            <w:r>
              <w:t>1 x 60 LOCAL</w:t>
            </w:r>
          </w:p>
        </w:tc>
      </w:tr>
      <w:tr w:rsidR="00345E02" w14:paraId="2A1AEB7C" w14:textId="77777777">
        <w:trPr>
          <w:cantSplit/>
        </w:trPr>
        <w:tc>
          <w:tcPr>
            <w:tcW w:w="2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60649F" w14:textId="77777777" w:rsidR="00345E02" w:rsidRDefault="00097DC9">
            <w:pPr>
              <w:keepLines/>
              <w:spacing w:after="0"/>
            </w:pPr>
            <w:r>
              <w:t>Break 13</w:t>
            </w:r>
          </w:p>
        </w:tc>
        <w:tc>
          <w:tcPr>
            <w:tcW w:w="6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00E9EC" w14:textId="77777777" w:rsidR="00345E02" w:rsidRDefault="00097DC9">
            <w:pPr>
              <w:keepLines/>
              <w:spacing w:after="0"/>
            </w:pPr>
            <w:r>
              <w:t>1 x 60 LOCAL</w:t>
            </w:r>
          </w:p>
        </w:tc>
      </w:tr>
    </w:tbl>
    <w:p w14:paraId="65C8CB56" w14:textId="77777777" w:rsidR="00345E02" w:rsidRDefault="00345E02">
      <w:pPr>
        <w:spacing w:after="80"/>
      </w:pPr>
    </w:p>
    <w:sectPr w:rsidR="00345E02" w:rsidSect="008833D8">
      <w:headerReference w:type="default" r:id="rId9"/>
      <w:footerReference w:type="default" r:id="rId10"/>
      <w:footerReference w:type="first" r:id="rId11"/>
      <w:pgSz w:w="12240" w:h="15840"/>
      <w:pgMar w:top="1197" w:right="936" w:bottom="1008" w:left="93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60118" w14:textId="77777777" w:rsidR="00097DC9" w:rsidRDefault="00097DC9">
      <w:pPr>
        <w:spacing w:after="0" w:line="240" w:lineRule="auto"/>
      </w:pPr>
      <w:r>
        <w:separator/>
      </w:r>
    </w:p>
  </w:endnote>
  <w:endnote w:type="continuationSeparator" w:id="0">
    <w:p w14:paraId="1E8D196C" w14:textId="77777777" w:rsidR="00097DC9" w:rsidRDefault="00097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B7DD4" w14:textId="77777777" w:rsidR="00345E02" w:rsidRDefault="00097DC9">
    <w:pPr>
      <w:pStyle w:val="Footer"/>
      <w:jc w:val="center"/>
    </w:pPr>
    <w:r>
      <w:rPr>
        <w:sz w:val="18"/>
      </w:rPr>
      <w:t xml:space="preserve">Page </w:t>
    </w:r>
    <w:r>
      <w:rPr>
        <w:sz w:val="18"/>
      </w:rPr>
      <w:fldChar w:fldCharType="begin"/>
    </w:r>
    <w:r>
      <w:rPr>
        <w:sz w:val="18"/>
      </w:rPr>
      <w:instrText>PAGE</w:instrText>
    </w:r>
    <w:r>
      <w:rPr>
        <w:sz w:val="18"/>
      </w:rP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of </w:t>
    </w:r>
    <w:r>
      <w:rPr>
        <w:sz w:val="18"/>
      </w:rPr>
      <w:fldChar w:fldCharType="begin"/>
    </w:r>
    <w:r>
      <w:rPr>
        <w:sz w:val="18"/>
      </w:rPr>
      <w:instrText>NUMPAGES</w:instrText>
    </w:r>
    <w:r>
      <w:rPr>
        <w:sz w:val="18"/>
      </w:rPr>
      <w:fldChar w:fldCharType="separate"/>
    </w:r>
    <w:r>
      <w:rPr>
        <w:sz w:val="18"/>
      </w:rPr>
      <w:t>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2E173" w14:textId="77777777" w:rsidR="00345E02" w:rsidRDefault="00097DC9">
    <w:pPr>
      <w:pStyle w:val="Footer"/>
      <w:jc w:val="center"/>
    </w:pPr>
    <w:r>
      <w:rPr>
        <w:sz w:val="18"/>
      </w:rPr>
      <w:t xml:space="preserve">Page </w:t>
    </w:r>
    <w:r>
      <w:rPr>
        <w:sz w:val="18"/>
      </w:rPr>
      <w:fldChar w:fldCharType="begin"/>
    </w:r>
    <w:r>
      <w:rPr>
        <w:sz w:val="18"/>
      </w:rPr>
      <w:instrText>PAGE</w:instrText>
    </w:r>
    <w:r>
      <w:rPr>
        <w:sz w:val="18"/>
      </w:rP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of </w:t>
    </w:r>
    <w:r>
      <w:rPr>
        <w:sz w:val="18"/>
      </w:rPr>
      <w:fldChar w:fldCharType="begin"/>
    </w:r>
    <w:r>
      <w:rPr>
        <w:sz w:val="18"/>
      </w:rPr>
      <w:instrText>NUMPAGES</w:instrText>
    </w:r>
    <w:r>
      <w:rPr>
        <w:sz w:val="18"/>
      </w:rPr>
      <w:fldChar w:fldCharType="separate"/>
    </w:r>
    <w:r>
      <w:rPr>
        <w:sz w:val="18"/>
      </w:rPr>
      <w:t>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9DB98" w14:textId="77777777" w:rsidR="00097DC9" w:rsidRDefault="00097DC9">
      <w:pPr>
        <w:spacing w:after="0" w:line="240" w:lineRule="auto"/>
      </w:pPr>
      <w:r>
        <w:separator/>
      </w:r>
    </w:p>
  </w:footnote>
  <w:footnote w:type="continuationSeparator" w:id="0">
    <w:p w14:paraId="41406E80" w14:textId="77777777" w:rsidR="00097DC9" w:rsidRDefault="00097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E2A53" w14:textId="77777777" w:rsidR="00345E02" w:rsidRDefault="00097DC9">
    <w:pPr>
      <w:pStyle w:val="Header"/>
      <w:jc w:val="center"/>
    </w:pPr>
    <w:r>
      <w:rPr>
        <w:b/>
      </w:rPr>
      <w:t>All times Eastern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4337371">
    <w:abstractNumId w:val="8"/>
  </w:num>
  <w:num w:numId="2" w16cid:durableId="643504676">
    <w:abstractNumId w:val="6"/>
  </w:num>
  <w:num w:numId="3" w16cid:durableId="1441729062">
    <w:abstractNumId w:val="5"/>
  </w:num>
  <w:num w:numId="4" w16cid:durableId="700057934">
    <w:abstractNumId w:val="4"/>
  </w:num>
  <w:num w:numId="5" w16cid:durableId="1055011278">
    <w:abstractNumId w:val="7"/>
  </w:num>
  <w:num w:numId="6" w16cid:durableId="2111309911">
    <w:abstractNumId w:val="3"/>
  </w:num>
  <w:num w:numId="7" w16cid:durableId="1200358169">
    <w:abstractNumId w:val="2"/>
  </w:num>
  <w:num w:numId="8" w16cid:durableId="228806301">
    <w:abstractNumId w:val="1"/>
  </w:num>
  <w:num w:numId="9" w16cid:durableId="1114522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7DC9"/>
    <w:rsid w:val="0015074B"/>
    <w:rsid w:val="0029639D"/>
    <w:rsid w:val="00326F90"/>
    <w:rsid w:val="00345E02"/>
    <w:rsid w:val="008833D8"/>
    <w:rsid w:val="00892409"/>
    <w:rsid w:val="009774AD"/>
    <w:rsid w:val="00AA1D8D"/>
    <w:rsid w:val="00B47730"/>
    <w:rsid w:val="00CB0664"/>
    <w:rsid w:val="00FC00F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4B693A58-E570-46D8-BB76-12EE4D090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break-notice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CB445F8D42454B8ABB2048CA57039A" ma:contentTypeVersion="20" ma:contentTypeDescription="Create a new document." ma:contentTypeScope="" ma:versionID="3ba502e9f76616cf54bb1e2db2a36c5e">
  <xsd:schema xmlns:xsd="http://www.w3.org/2001/XMLSchema" xmlns:xs="http://www.w3.org/2001/XMLSchema" xmlns:p="http://schemas.microsoft.com/office/2006/metadata/properties" xmlns:ns2="f21cea09-9372-42c1-9117-bd0aba76c010" xmlns:ns3="f3d8e6c7-51be-4dff-8596-f52e30f2a69a" xmlns:ns4="e5808213-62d1-4314-8080-cbe75bf9d5a0" targetNamespace="http://schemas.microsoft.com/office/2006/metadata/properties" ma:root="true" ma:fieldsID="792387d63a953905f050964ecf21082f" ns2:_="" ns3:_="" ns4:_="">
    <xsd:import namespace="f21cea09-9372-42c1-9117-bd0aba76c010"/>
    <xsd:import namespace="f3d8e6c7-51be-4dff-8596-f52e30f2a69a"/>
    <xsd:import namespace="e5808213-62d1-4314-8080-cbe75bf9d5a0"/>
    <xsd:element name="properties">
      <xsd:complexType>
        <xsd:sequence>
          <xsd:element name="documentManagement">
            <xsd:complexType>
              <xsd:all>
                <xsd:element ref="ns2:ExpirationDate" minOccurs="0"/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1cea09-9372-42c1-9117-bd0aba76c010" elementFormDefault="qualified">
    <xsd:import namespace="http://schemas.microsoft.com/office/2006/documentManagement/types"/>
    <xsd:import namespace="http://schemas.microsoft.com/office/infopath/2007/PartnerControls"/>
    <xsd:element name="ExpirationDate" ma:index="8" nillable="true" ma:displayName="ExpirationDate" ma:format="DateTime" ma:internalName="ExpirationDate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0a8953a-0f76-4065-aa02-9ef2a37d28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d8e6c7-51be-4dff-8596-f52e30f2a69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08213-62d1-4314-8080-cbe75bf9d5a0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3b1dba42-7d19-439a-980b-80292bf47d0b}" ma:internalName="TaxCatchAll" ma:showField="CatchAllData" ma:web="e5808213-62d1-4314-8080-cbe75bf9d5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xpirationDate xmlns="f21cea09-9372-42c1-9117-bd0aba76c010" xsi:nil="true"/>
    <lcf76f155ced4ddcb4097134ff3c332f xmlns="f21cea09-9372-42c1-9117-bd0aba76c010">
      <Terms xmlns="http://schemas.microsoft.com/office/infopath/2007/PartnerControls"/>
    </lcf76f155ced4ddcb4097134ff3c332f>
    <TaxCatchAll xmlns="e5808213-62d1-4314-8080-cbe75bf9d5a0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405869-FE81-4733-BC1E-539CACE41052}"/>
</file>

<file path=customXml/itemProps3.xml><?xml version="1.0" encoding="utf-8"?>
<ds:datastoreItem xmlns:ds="http://schemas.openxmlformats.org/officeDocument/2006/customXml" ds:itemID="{B2904087-5009-43E3-A2B2-1B44DB039C97}"/>
</file>

<file path=customXml/itemProps4.xml><?xml version="1.0" encoding="utf-8"?>
<ds:datastoreItem xmlns:ds="http://schemas.openxmlformats.org/officeDocument/2006/customXml" ds:itemID="{D4B4FD9F-B9CC-406C-87F9-43748F690BD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2468</Words>
  <Characters>8491</Characters>
  <Application>Microsoft Office Word</Application>
  <DocSecurity>0</DocSecurity>
  <Lines>943</Lines>
  <Paragraphs>842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 Fonte, Christine (NBCUniversal)</dc:creator>
  <cp:keywords/>
  <dc:description>generated by python-docx</dc:description>
  <cp:lastModifiedBy>da Fonte, Christine (NBCUniversal)</cp:lastModifiedBy>
  <cp:revision>2</cp:revision>
  <dcterms:created xsi:type="dcterms:W3CDTF">2026-07-28T20:06:00Z</dcterms:created>
  <dcterms:modified xsi:type="dcterms:W3CDTF">2026-07-28T20:06:00Z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0x010100C0CB445F8D42454B8ABB2048CA57039A</vt:lpwstr>
  </property>
</Properties>
</file>